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63D4C8" w14:textId="5A79EBAF" w:rsidR="00EF68B3" w:rsidRPr="00616A54" w:rsidRDefault="00EF68B3" w:rsidP="00A95396">
      <w:pPr>
        <w:spacing w:after="240"/>
        <w:jc w:val="right"/>
        <w:rPr>
          <w:rFonts w:ascii="Arial" w:hAnsi="Arial" w:cs="Arial"/>
          <w:sz w:val="18"/>
          <w:szCs w:val="18"/>
        </w:rPr>
      </w:pPr>
      <w:r w:rsidRPr="00616A54">
        <w:rPr>
          <w:rFonts w:ascii="Arial" w:hAnsi="Arial" w:cs="Arial"/>
          <w:sz w:val="18"/>
          <w:szCs w:val="18"/>
        </w:rPr>
        <w:t xml:space="preserve">Załącznik nr 1 do Zarządzenia </w:t>
      </w:r>
      <w:r w:rsidRPr="00616A54">
        <w:rPr>
          <w:rFonts w:ascii="Arial" w:hAnsi="Arial" w:cs="Arial"/>
          <w:sz w:val="18"/>
          <w:szCs w:val="18"/>
        </w:rPr>
        <w:br/>
        <w:t xml:space="preserve">Nr </w:t>
      </w:r>
      <w:r w:rsidR="00F46FAB">
        <w:rPr>
          <w:rFonts w:ascii="Arial" w:hAnsi="Arial" w:cs="Arial"/>
          <w:sz w:val="18"/>
          <w:szCs w:val="18"/>
        </w:rPr>
        <w:t>0050</w:t>
      </w:r>
      <w:r w:rsidR="0017226F">
        <w:rPr>
          <w:rFonts w:ascii="Arial" w:hAnsi="Arial" w:cs="Arial"/>
          <w:sz w:val="18"/>
          <w:szCs w:val="18"/>
        </w:rPr>
        <w:t>/</w:t>
      </w:r>
      <w:r w:rsidR="00EC44FC">
        <w:rPr>
          <w:rFonts w:ascii="Arial" w:hAnsi="Arial" w:cs="Arial"/>
          <w:sz w:val="18"/>
          <w:szCs w:val="18"/>
        </w:rPr>
        <w:t>334</w:t>
      </w:r>
      <w:r w:rsidR="00F46FAB">
        <w:rPr>
          <w:rFonts w:ascii="Arial" w:hAnsi="Arial" w:cs="Arial"/>
          <w:sz w:val="18"/>
          <w:szCs w:val="18"/>
        </w:rPr>
        <w:t>/26</w:t>
      </w:r>
      <w:r w:rsidRPr="00616A54">
        <w:rPr>
          <w:rFonts w:ascii="Arial" w:hAnsi="Arial" w:cs="Arial"/>
          <w:sz w:val="18"/>
          <w:szCs w:val="18"/>
        </w:rPr>
        <w:t xml:space="preserve"> Prezydenta Miasta </w:t>
      </w:r>
      <w:r w:rsidRPr="00616A54">
        <w:rPr>
          <w:rFonts w:ascii="Arial" w:hAnsi="Arial" w:cs="Arial"/>
          <w:sz w:val="18"/>
          <w:szCs w:val="18"/>
        </w:rPr>
        <w:br/>
        <w:t xml:space="preserve">Tychy z dnia </w:t>
      </w:r>
      <w:r w:rsidR="00F46FAB">
        <w:rPr>
          <w:rFonts w:ascii="Arial" w:hAnsi="Arial" w:cs="Arial"/>
          <w:sz w:val="18"/>
          <w:szCs w:val="18"/>
        </w:rPr>
        <w:t>2 listopada 2026 r.</w:t>
      </w:r>
    </w:p>
    <w:p w14:paraId="608D2697" w14:textId="1AA7BF55" w:rsidR="00C72415" w:rsidRPr="00616A54" w:rsidRDefault="004234DA" w:rsidP="00EF68B3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REGULAMIN</w:t>
      </w:r>
      <w:r w:rsidR="00EF68B3" w:rsidRPr="00616A54">
        <w:rPr>
          <w:rFonts w:ascii="Arial" w:hAnsi="Arial" w:cs="Arial"/>
          <w:sz w:val="22"/>
        </w:rPr>
        <w:t xml:space="preserve"> </w:t>
      </w:r>
      <w:r w:rsidRPr="00616A54">
        <w:rPr>
          <w:rFonts w:ascii="Arial" w:hAnsi="Arial" w:cs="Arial"/>
          <w:b/>
          <w:sz w:val="22"/>
        </w:rPr>
        <w:t>TYSKIEGO CENTRUM AKTYWNOŚCI OBYWATELSKIEJ „KONTAKT”</w:t>
      </w:r>
    </w:p>
    <w:p w14:paraId="2E6EA0FD" w14:textId="3A2C821C" w:rsidR="00C72415" w:rsidRPr="00616A54" w:rsidRDefault="00E978B7" w:rsidP="00EF68B3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przy </w:t>
      </w:r>
      <w:r w:rsidR="004234DA" w:rsidRPr="00616A54">
        <w:rPr>
          <w:rFonts w:ascii="Arial" w:hAnsi="Arial" w:cs="Arial"/>
          <w:sz w:val="22"/>
        </w:rPr>
        <w:t>Al. Biels</w:t>
      </w:r>
      <w:r>
        <w:rPr>
          <w:rFonts w:ascii="Arial" w:hAnsi="Arial" w:cs="Arial"/>
          <w:sz w:val="22"/>
        </w:rPr>
        <w:t>kiej</w:t>
      </w:r>
      <w:r w:rsidR="004234DA" w:rsidRPr="00616A54">
        <w:rPr>
          <w:rFonts w:ascii="Arial" w:hAnsi="Arial" w:cs="Arial"/>
          <w:sz w:val="22"/>
        </w:rPr>
        <w:t xml:space="preserve"> 128</w:t>
      </w:r>
    </w:p>
    <w:p w14:paraId="6522C746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1. Postanowienia ogólne</w:t>
      </w:r>
    </w:p>
    <w:p w14:paraId="0243BF92" w14:textId="5F91E500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1. </w:t>
      </w:r>
      <w:r w:rsidR="004234DA" w:rsidRPr="00616A54">
        <w:rPr>
          <w:rFonts w:ascii="Arial" w:hAnsi="Arial" w:cs="Arial"/>
          <w:sz w:val="22"/>
        </w:rPr>
        <w:t>Regulamin określa zasady korzystania z Tyskiego Centrum Aktywności Obywatelskiej „KONTAKT”, mieszczącego się przy Al. Bielskiej 128 w Tychach, zwanego dalej „Centrum”.</w:t>
      </w:r>
    </w:p>
    <w:p w14:paraId="7C18F02B" w14:textId="751C917A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2. </w:t>
      </w:r>
      <w:r w:rsidR="004234DA" w:rsidRPr="00616A54">
        <w:rPr>
          <w:rFonts w:ascii="Arial" w:hAnsi="Arial" w:cs="Arial"/>
          <w:sz w:val="22"/>
        </w:rPr>
        <w:t>Centrum prowadzone jest przez Wydział Rozwoju Aktywności Obywatelskiej Urzędu Miasta Tychy, zwany dalej „Wydziałem”.</w:t>
      </w:r>
    </w:p>
    <w:p w14:paraId="63C2A14D" w14:textId="11CFCDA5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3. </w:t>
      </w:r>
      <w:r w:rsidR="004234DA" w:rsidRPr="00616A54">
        <w:rPr>
          <w:rFonts w:ascii="Arial" w:hAnsi="Arial" w:cs="Arial"/>
          <w:sz w:val="22"/>
        </w:rPr>
        <w:t xml:space="preserve">Centrum jest przestrzenią wspierającą aktywność obywatelską, inicjatywy społeczne, współpracę mieszkańców i organizacji </w:t>
      </w:r>
      <w:r w:rsidR="00440F73" w:rsidRPr="00616A54">
        <w:rPr>
          <w:rFonts w:ascii="Arial" w:hAnsi="Arial" w:cs="Arial"/>
          <w:sz w:val="22"/>
        </w:rPr>
        <w:t xml:space="preserve">pozarządowych </w:t>
      </w:r>
      <w:r w:rsidR="004234DA" w:rsidRPr="00616A54">
        <w:rPr>
          <w:rFonts w:ascii="Arial" w:hAnsi="Arial" w:cs="Arial"/>
          <w:sz w:val="22"/>
        </w:rPr>
        <w:t>oraz działania na rzecz mieszkańców Tychów.</w:t>
      </w:r>
    </w:p>
    <w:p w14:paraId="3CB2E54F" w14:textId="374C4784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4. </w:t>
      </w:r>
      <w:r w:rsidR="004234DA" w:rsidRPr="00616A54">
        <w:rPr>
          <w:rFonts w:ascii="Arial" w:hAnsi="Arial" w:cs="Arial"/>
          <w:sz w:val="22"/>
        </w:rPr>
        <w:t>Korzystanie z zasobów Centrum odbywa się nieodpłatnie, na zasadach określonych w Regulaminie i Porozumieniu.</w:t>
      </w:r>
    </w:p>
    <w:p w14:paraId="3613D57A" w14:textId="7C91A063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5. </w:t>
      </w:r>
      <w:r w:rsidR="004234DA" w:rsidRPr="00616A54">
        <w:rPr>
          <w:rFonts w:ascii="Arial" w:hAnsi="Arial" w:cs="Arial"/>
          <w:sz w:val="22"/>
        </w:rPr>
        <w:t>Warunkiem korzystania z zasobów Centrum przez organizację pozarządową albo grupę inicjatywną jest złożenie Wniosku o zawarcie Porozumienia oraz zawarcie Porozumienia.</w:t>
      </w:r>
    </w:p>
    <w:p w14:paraId="31F171A1" w14:textId="06C6E038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6. </w:t>
      </w:r>
      <w:r w:rsidR="004234DA" w:rsidRPr="00616A54">
        <w:rPr>
          <w:rFonts w:ascii="Arial" w:hAnsi="Arial" w:cs="Arial"/>
          <w:sz w:val="22"/>
        </w:rPr>
        <w:t>Regulamin oraz Porozumienie stanowią podstawę współpracy pomiędzy Centrum a Użytkownikiem.</w:t>
      </w:r>
    </w:p>
    <w:p w14:paraId="16A0EBD5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2. Definicje</w:t>
      </w:r>
    </w:p>
    <w:p w14:paraId="368402A7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Centrum</w:t>
      </w:r>
      <w:r w:rsidRPr="00616A54">
        <w:rPr>
          <w:rFonts w:ascii="Arial" w:hAnsi="Arial" w:cs="Arial"/>
          <w:sz w:val="22"/>
        </w:rPr>
        <w:t xml:space="preserve"> – Tyskie Centrum Aktywności Obywatelskiej „KONTAKT” przy Al. Bielskiej 128 w Tychach.</w:t>
      </w:r>
    </w:p>
    <w:p w14:paraId="016683F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Użytkownik</w:t>
      </w:r>
      <w:r w:rsidRPr="00616A54">
        <w:rPr>
          <w:rFonts w:ascii="Arial" w:hAnsi="Arial" w:cs="Arial"/>
          <w:sz w:val="22"/>
        </w:rPr>
        <w:t xml:space="preserve"> – organizacja pozarządowa albo grupa inicjatywna, która zawarła z Centrum Porozumienie w sprawie korzystania z zasobów Centrum.</w:t>
      </w:r>
    </w:p>
    <w:p w14:paraId="54E105D3" w14:textId="3888C7E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Podmiot korzystający</w:t>
      </w:r>
      <w:r w:rsidRPr="00616A54">
        <w:rPr>
          <w:rFonts w:ascii="Arial" w:hAnsi="Arial" w:cs="Arial"/>
          <w:sz w:val="22"/>
        </w:rPr>
        <w:t xml:space="preserve"> – Użytkownik, a także Wydział</w:t>
      </w:r>
      <w:r w:rsidR="00440F73" w:rsidRPr="00616A54">
        <w:rPr>
          <w:rFonts w:ascii="Arial" w:hAnsi="Arial" w:cs="Arial"/>
          <w:sz w:val="22"/>
        </w:rPr>
        <w:t xml:space="preserve"> Urzędu Miasta Tychy </w:t>
      </w:r>
      <w:r w:rsidRPr="00616A54">
        <w:rPr>
          <w:rFonts w:ascii="Arial" w:hAnsi="Arial" w:cs="Arial"/>
          <w:sz w:val="22"/>
        </w:rPr>
        <w:t>lub jednostka organizacyjna korzystająca z pomieszczeń Centrum w związku z realizacją swoich zadań.</w:t>
      </w:r>
    </w:p>
    <w:p w14:paraId="57A955DB" w14:textId="7DD4DD69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Organizacja pozarządowa</w:t>
      </w:r>
      <w:r w:rsidRPr="00616A54">
        <w:rPr>
          <w:rFonts w:ascii="Arial" w:hAnsi="Arial" w:cs="Arial"/>
          <w:sz w:val="22"/>
        </w:rPr>
        <w:t xml:space="preserve"> – podmiot, o którym mowa w</w:t>
      </w:r>
      <w:r w:rsidR="000672B6" w:rsidRPr="00B03922">
        <w:rPr>
          <w:rFonts w:ascii="Arial" w:hAnsi="Arial" w:cs="Arial"/>
          <w:b/>
          <w:sz w:val="22"/>
        </w:rPr>
        <w:t> </w:t>
      </w:r>
      <w:r w:rsidR="000672B6" w:rsidRPr="000672B6">
        <w:rPr>
          <w:rFonts w:ascii="Arial" w:hAnsi="Arial" w:cs="Arial"/>
          <w:sz w:val="22"/>
        </w:rPr>
        <w:t>art. 3 ust. 3</w:t>
      </w:r>
      <w:r w:rsidRPr="00616A54">
        <w:rPr>
          <w:rFonts w:ascii="Arial" w:hAnsi="Arial" w:cs="Arial"/>
          <w:sz w:val="22"/>
        </w:rPr>
        <w:t xml:space="preserve"> ustawy z dnia 24 kwietnia 2003 r. o działalności pożytku publicznego i o wolontariacie</w:t>
      </w:r>
      <w:r w:rsidR="00440F73" w:rsidRPr="00616A54">
        <w:rPr>
          <w:rFonts w:ascii="Arial" w:hAnsi="Arial" w:cs="Arial"/>
          <w:sz w:val="22"/>
        </w:rPr>
        <w:t>, zwaną dalej organizacją.</w:t>
      </w:r>
    </w:p>
    <w:p w14:paraId="164F8E93" w14:textId="4B23B29D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Grupa inicjatywna</w:t>
      </w:r>
      <w:r w:rsidRPr="00616A54">
        <w:rPr>
          <w:rFonts w:ascii="Arial" w:hAnsi="Arial" w:cs="Arial"/>
          <w:sz w:val="22"/>
        </w:rPr>
        <w:t xml:space="preserve"> – nieformalna grupa </w:t>
      </w:r>
      <w:r w:rsidR="00724C3F">
        <w:rPr>
          <w:rFonts w:ascii="Arial" w:hAnsi="Arial" w:cs="Arial"/>
          <w:sz w:val="22"/>
        </w:rPr>
        <w:t xml:space="preserve">min. 3 </w:t>
      </w:r>
      <w:r w:rsidRPr="00616A54">
        <w:rPr>
          <w:rFonts w:ascii="Arial" w:hAnsi="Arial" w:cs="Arial"/>
          <w:sz w:val="22"/>
        </w:rPr>
        <w:t>osób podejmująca wspólne działania na rzecz mieszkańców lub społeczności lokalnej, reprezentowana przez osobę wskazaną przez grupę.</w:t>
      </w:r>
    </w:p>
    <w:p w14:paraId="051D52FB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Osoba upoważniona</w:t>
      </w:r>
      <w:r w:rsidRPr="00616A54">
        <w:rPr>
          <w:rFonts w:ascii="Arial" w:hAnsi="Arial" w:cs="Arial"/>
          <w:sz w:val="22"/>
        </w:rPr>
        <w:t xml:space="preserve"> – osoba wskazana przez Użytkownika do kontaktu z Centrum, dokonywania rezerwacji, odbioru kluczy lub korzystania z dostępu do Centrum, zgodnie z zakresem udzielonego upoważnienia.</w:t>
      </w:r>
    </w:p>
    <w:p w14:paraId="510515CA" w14:textId="562D9691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Porozumienie</w:t>
      </w:r>
      <w:r w:rsidRPr="00616A54">
        <w:rPr>
          <w:rFonts w:ascii="Arial" w:hAnsi="Arial" w:cs="Arial"/>
          <w:sz w:val="22"/>
        </w:rPr>
        <w:t xml:space="preserve"> – porozumienie zawarte pomiędzy </w:t>
      </w:r>
      <w:r w:rsidR="00440F73" w:rsidRPr="00616A54">
        <w:rPr>
          <w:rFonts w:ascii="Arial" w:hAnsi="Arial" w:cs="Arial"/>
          <w:sz w:val="22"/>
        </w:rPr>
        <w:t>m</w:t>
      </w:r>
      <w:r w:rsidRPr="00616A54">
        <w:rPr>
          <w:rFonts w:ascii="Arial" w:hAnsi="Arial" w:cs="Arial"/>
          <w:sz w:val="22"/>
        </w:rPr>
        <w:t>iastem Tychy a Użytkownikiem, określające zasady korzystania z zasobów Centrum.</w:t>
      </w:r>
    </w:p>
    <w:p w14:paraId="4B21BF7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Zasoby Centrum</w:t>
      </w:r>
      <w:r w:rsidRPr="00616A54">
        <w:rPr>
          <w:rFonts w:ascii="Arial" w:hAnsi="Arial" w:cs="Arial"/>
          <w:sz w:val="22"/>
        </w:rPr>
        <w:t xml:space="preserve"> – sale, przestrzenie wspólne, wyposażenie, dostęp do Internetu oraz – jeżeli przewidziano to w Porozumieniu – możliwość korzystania z adresu siedziby lub adresu korespondencyjnego Centrum.</w:t>
      </w:r>
    </w:p>
    <w:p w14:paraId="68BB5DAC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lastRenderedPageBreak/>
        <w:t>§ 3. Użytkownicy i zakres korzystania</w:t>
      </w:r>
    </w:p>
    <w:p w14:paraId="77056BB8" w14:textId="266AF92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1. Z Centrum mogą korzystać organizacje pozarządowe, grupy inicjatywne oraz </w:t>
      </w:r>
      <w:r w:rsidR="00E72E05" w:rsidRPr="00616A54">
        <w:rPr>
          <w:rFonts w:ascii="Arial" w:hAnsi="Arial" w:cs="Arial"/>
          <w:sz w:val="22"/>
        </w:rPr>
        <w:t>w</w:t>
      </w:r>
      <w:r w:rsidRPr="00616A54">
        <w:rPr>
          <w:rFonts w:ascii="Arial" w:hAnsi="Arial" w:cs="Arial"/>
          <w:sz w:val="22"/>
        </w:rPr>
        <w:t>ydział</w:t>
      </w:r>
      <w:r w:rsidR="00E72E05" w:rsidRPr="00616A54">
        <w:rPr>
          <w:rFonts w:ascii="Arial" w:hAnsi="Arial" w:cs="Arial"/>
          <w:sz w:val="22"/>
        </w:rPr>
        <w:t>y Urzędu Miasta Tychy</w:t>
      </w:r>
      <w:r w:rsidRPr="00616A54">
        <w:rPr>
          <w:rFonts w:ascii="Arial" w:hAnsi="Arial" w:cs="Arial"/>
          <w:sz w:val="22"/>
        </w:rPr>
        <w:t xml:space="preserve"> i jednostki organizacyjne.</w:t>
      </w:r>
    </w:p>
    <w:p w14:paraId="260262B0" w14:textId="45E18D54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Centrum może udostępniać w szczególności sale, przestrzenie wspólne i wyposażenie, a także zapewnia dostęp do Internetu.</w:t>
      </w:r>
    </w:p>
    <w:p w14:paraId="4490C2B1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Organizacja może korzystać z adresu Centrum jako adresu siedziby lub adresu korespondencyjnego, jeżeli możliwość taka została określona w Porozumieniu.</w:t>
      </w:r>
    </w:p>
    <w:p w14:paraId="0089E87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4. Użytkownik odpowiada za osoby, które przebywają w Centrum w związku z jego działalnością, w zakresie wynikającym z przepisów prawa i Porozumienia.</w:t>
      </w:r>
    </w:p>
    <w:p w14:paraId="45A7700C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Użytkownik organizujący wydarzenie wyznacza osobę odpowiedzialną za jego przebieg.</w:t>
      </w:r>
    </w:p>
    <w:p w14:paraId="43826842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6. Liczba uczestników wydarzenia lub spotkania nie może przekraczać dopuszczalnej liczby osób dla danego pomieszczenia.</w:t>
      </w:r>
    </w:p>
    <w:p w14:paraId="7CE6807E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7. Działania prowadzone w Centrum nie mogą utrudniać korzystania z niego przez innych Użytkowników.</w:t>
      </w:r>
    </w:p>
    <w:p w14:paraId="31DC5DC8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8. Działania realizowane w pomieszczeniach nie mogą mieć charakteru komercyjnego. Zakaz nie dotyczy działań realizowanych w ramach odpłatnej działalności pożytku publicznego przez podmioty uprawnione na podstawie ustawy o działalności pożytku publicznego i o wolontariacie, jeżeli przychód z tej działalności jest w całości przeznaczany na realizację celów statutowych.</w:t>
      </w:r>
    </w:p>
    <w:p w14:paraId="6E068CCF" w14:textId="0BF31F78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9. Centrum może odmówić zawarcia Porozumienia lub udostępnienia zasobów, jeżeli planowana działalność jest niezgodna z prawem, stwarza zagrożenie dla osób lub mienia albo istotnie zakłóca korzystanie z Centrum przez innych Użytkowników, w </w:t>
      </w:r>
      <w:r w:rsidR="00616A54" w:rsidRPr="00616A54">
        <w:rPr>
          <w:rFonts w:ascii="Arial" w:hAnsi="Arial" w:cs="Arial"/>
          <w:sz w:val="22"/>
        </w:rPr>
        <w:t>szczególności,</w:t>
      </w:r>
      <w:r w:rsidRPr="00616A54">
        <w:rPr>
          <w:rFonts w:ascii="Arial" w:hAnsi="Arial" w:cs="Arial"/>
          <w:sz w:val="22"/>
        </w:rPr>
        <w:t xml:space="preserve"> gdy pomieszczenia miałyby być wykorzystywane do celów </w:t>
      </w:r>
      <w:r w:rsidR="006D33E2" w:rsidRPr="00616A54">
        <w:rPr>
          <w:rFonts w:ascii="Arial" w:hAnsi="Arial" w:cs="Arial"/>
          <w:sz w:val="22"/>
        </w:rPr>
        <w:t>prywatnych</w:t>
      </w:r>
      <w:r w:rsidR="006D33E2">
        <w:rPr>
          <w:rFonts w:ascii="Arial" w:hAnsi="Arial" w:cs="Arial"/>
          <w:sz w:val="22"/>
        </w:rPr>
        <w:t>,</w:t>
      </w:r>
      <w:r w:rsidR="006D33E2" w:rsidRPr="00616A54">
        <w:rPr>
          <w:rFonts w:ascii="Arial" w:hAnsi="Arial" w:cs="Arial"/>
          <w:sz w:val="22"/>
        </w:rPr>
        <w:t xml:space="preserve"> politycznych</w:t>
      </w:r>
      <w:r w:rsidR="00DB2818">
        <w:rPr>
          <w:rFonts w:ascii="Arial" w:hAnsi="Arial" w:cs="Arial"/>
          <w:sz w:val="22"/>
        </w:rPr>
        <w:t xml:space="preserve"> lub </w:t>
      </w:r>
      <w:r w:rsidR="00DB2818" w:rsidRPr="006D33E2">
        <w:rPr>
          <w:rFonts w:ascii="Arial" w:hAnsi="Arial" w:cs="Arial"/>
          <w:sz w:val="22"/>
        </w:rPr>
        <w:t>religijnych</w:t>
      </w:r>
      <w:r w:rsidRPr="006D33E2">
        <w:rPr>
          <w:rFonts w:ascii="Arial" w:hAnsi="Arial" w:cs="Arial"/>
          <w:sz w:val="22"/>
        </w:rPr>
        <w:t>.</w:t>
      </w:r>
    </w:p>
    <w:p w14:paraId="0C54C22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10. Użytkownik jest zobowiązany do aktualizowania danych organizacji oraz danych osób upoważnionych.</w:t>
      </w:r>
    </w:p>
    <w:p w14:paraId="2AA9542C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4. Zawarcie i obowiązywanie Porozumienia</w:t>
      </w:r>
    </w:p>
    <w:p w14:paraId="3D0ED515" w14:textId="0CA41938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1. Organizacja albo grupa inicjatywna zainteresowana korzystaniem z zasobów Centrum składa Wniosek o zawarcie Porozumienia, którego wzór stanowi załącznik nr </w:t>
      </w:r>
      <w:r w:rsidR="0034136A">
        <w:rPr>
          <w:rFonts w:ascii="Arial" w:hAnsi="Arial" w:cs="Arial"/>
          <w:sz w:val="22"/>
        </w:rPr>
        <w:t>2</w:t>
      </w:r>
      <w:r w:rsidRPr="00616A54">
        <w:rPr>
          <w:rFonts w:ascii="Arial" w:hAnsi="Arial" w:cs="Arial"/>
          <w:sz w:val="22"/>
        </w:rPr>
        <w:t xml:space="preserve"> do Regulaminu.</w:t>
      </w:r>
    </w:p>
    <w:p w14:paraId="7D1149D6" w14:textId="4CDA0DFB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2. Po pozytywnym rozpatrzeniu Wniosku zawierane jest Porozumienie, którego wzór stanowi załącznik nr </w:t>
      </w:r>
      <w:r w:rsidR="0034136A">
        <w:rPr>
          <w:rFonts w:ascii="Arial" w:hAnsi="Arial" w:cs="Arial"/>
          <w:sz w:val="22"/>
        </w:rPr>
        <w:t>3</w:t>
      </w:r>
      <w:r w:rsidRPr="00616A54">
        <w:rPr>
          <w:rFonts w:ascii="Arial" w:hAnsi="Arial" w:cs="Arial"/>
          <w:sz w:val="22"/>
        </w:rPr>
        <w:t xml:space="preserve"> do Regulaminu.</w:t>
      </w:r>
    </w:p>
    <w:p w14:paraId="1B4A9453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Organizację reprezentują osoby uprawnione do jej reprezentowania zgodnie z właściwymi dokumentami. Grupę inicjatywną reprezentuje osoba wskazana przez grupę.</w:t>
      </w:r>
    </w:p>
    <w:p w14:paraId="19C340B6" w14:textId="2A1872A7" w:rsidR="00C72415" w:rsidRPr="00616A54" w:rsidRDefault="00135C57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</w:t>
      </w:r>
      <w:r w:rsidR="004234DA" w:rsidRPr="00616A54">
        <w:rPr>
          <w:rFonts w:ascii="Arial" w:hAnsi="Arial" w:cs="Arial"/>
          <w:sz w:val="22"/>
        </w:rPr>
        <w:t>. Porozumienie nie daje Użytkownikowi prawa do wyłącznego korzystania z Centrum poza potwierdzonymi rezerwacjami.</w:t>
      </w:r>
    </w:p>
    <w:p w14:paraId="7296473A" w14:textId="3EA94CF5" w:rsidR="00C72415" w:rsidRPr="00616A54" w:rsidRDefault="00135C57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</w:t>
      </w:r>
      <w:r w:rsidR="004234DA" w:rsidRPr="00616A54">
        <w:rPr>
          <w:rFonts w:ascii="Arial" w:hAnsi="Arial" w:cs="Arial"/>
          <w:sz w:val="22"/>
        </w:rPr>
        <w:t>. Porozumienie może zostać rozwiązane za porozumieniem stron, przez każdą ze stron z zachowaniem okresu wypowiedzenia określonego w Porozumieniu albo ze skutkiem natychmiastowym w przypadkach określonych w Porozumieniu lub wynikających z przepisów prawa.</w:t>
      </w:r>
    </w:p>
    <w:p w14:paraId="0A37765B" w14:textId="08CD9C5E" w:rsidR="00C72415" w:rsidRDefault="00135C57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</w:t>
      </w:r>
      <w:r w:rsidR="004234DA" w:rsidRPr="00616A54">
        <w:rPr>
          <w:rFonts w:ascii="Arial" w:hAnsi="Arial" w:cs="Arial"/>
          <w:sz w:val="22"/>
        </w:rPr>
        <w:t>. Zakończenie Porozumienia powoduje wygaśnięcie prawa do korzystania z sal, konta rezerwacyjnego, kluczy oraz – jeżeli dotyczy – adresu Centrum. Użytkownik</w:t>
      </w:r>
      <w:r w:rsidR="00634712" w:rsidRPr="00616A54">
        <w:rPr>
          <w:rFonts w:ascii="Arial" w:hAnsi="Arial" w:cs="Arial"/>
          <w:sz w:val="22"/>
        </w:rPr>
        <w:t xml:space="preserve"> jest zobowiązany do</w:t>
      </w:r>
      <w:r w:rsidR="004234DA" w:rsidRPr="00616A54">
        <w:rPr>
          <w:rFonts w:ascii="Arial" w:hAnsi="Arial" w:cs="Arial"/>
          <w:sz w:val="22"/>
        </w:rPr>
        <w:t xml:space="preserve"> zwr</w:t>
      </w:r>
      <w:r w:rsidR="001C4AE8" w:rsidRPr="00616A54">
        <w:rPr>
          <w:rFonts w:ascii="Arial" w:hAnsi="Arial" w:cs="Arial"/>
          <w:sz w:val="22"/>
        </w:rPr>
        <w:t>otu</w:t>
      </w:r>
      <w:r w:rsidR="004234DA" w:rsidRPr="00616A54">
        <w:rPr>
          <w:rFonts w:ascii="Arial" w:hAnsi="Arial" w:cs="Arial"/>
          <w:sz w:val="22"/>
        </w:rPr>
        <w:t xml:space="preserve"> klucz</w:t>
      </w:r>
      <w:r w:rsidR="001C4AE8" w:rsidRPr="00616A54">
        <w:rPr>
          <w:rFonts w:ascii="Arial" w:hAnsi="Arial" w:cs="Arial"/>
          <w:sz w:val="22"/>
        </w:rPr>
        <w:t>y</w:t>
      </w:r>
      <w:r w:rsidR="004234DA" w:rsidRPr="00616A54">
        <w:rPr>
          <w:rFonts w:ascii="Arial" w:hAnsi="Arial" w:cs="Arial"/>
          <w:sz w:val="22"/>
        </w:rPr>
        <w:t xml:space="preserve"> i usu</w:t>
      </w:r>
      <w:r w:rsidR="00634712" w:rsidRPr="00616A54">
        <w:rPr>
          <w:rFonts w:ascii="Arial" w:hAnsi="Arial" w:cs="Arial"/>
          <w:sz w:val="22"/>
        </w:rPr>
        <w:t>nięcia</w:t>
      </w:r>
      <w:r w:rsidR="004234DA" w:rsidRPr="00616A54">
        <w:rPr>
          <w:rFonts w:ascii="Arial" w:hAnsi="Arial" w:cs="Arial"/>
          <w:sz w:val="22"/>
        </w:rPr>
        <w:t xml:space="preserve"> swo</w:t>
      </w:r>
      <w:r w:rsidR="001C4AE8" w:rsidRPr="00616A54">
        <w:rPr>
          <w:rFonts w:ascii="Arial" w:hAnsi="Arial" w:cs="Arial"/>
          <w:sz w:val="22"/>
        </w:rPr>
        <w:t>ich</w:t>
      </w:r>
      <w:r w:rsidR="004234DA" w:rsidRPr="00616A54">
        <w:rPr>
          <w:rFonts w:ascii="Arial" w:hAnsi="Arial" w:cs="Arial"/>
          <w:sz w:val="22"/>
        </w:rPr>
        <w:t xml:space="preserve"> rzeczy z Centrum w terminie uzgodnionym z Centrum.</w:t>
      </w:r>
    </w:p>
    <w:p w14:paraId="5DFFF6D3" w14:textId="05102783" w:rsidR="00EA391D" w:rsidRPr="00616A54" w:rsidRDefault="00EA391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7.</w:t>
      </w:r>
      <w:r w:rsidRPr="00EA39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C7025">
        <w:rPr>
          <w:rFonts w:ascii="Arial" w:hAnsi="Arial" w:cs="Arial"/>
          <w:sz w:val="22"/>
        </w:rPr>
        <w:t>Obowiązek złożenia wniosku oraz zawarci</w:t>
      </w:r>
      <w:r w:rsidR="0050799E" w:rsidRPr="00FC7025">
        <w:rPr>
          <w:rFonts w:ascii="Arial" w:hAnsi="Arial" w:cs="Arial"/>
          <w:sz w:val="22"/>
        </w:rPr>
        <w:t>a</w:t>
      </w:r>
      <w:r w:rsidRPr="00FC7025">
        <w:rPr>
          <w:rFonts w:ascii="Arial" w:hAnsi="Arial" w:cs="Arial"/>
          <w:sz w:val="22"/>
        </w:rPr>
        <w:t xml:space="preserve"> porozumienia, o których mowa w niniejszym paragrafie, nie dotyczy wydarzeń współorganizowanych przez Miasto Tychy</w:t>
      </w:r>
      <w:r w:rsidR="0050799E" w:rsidRPr="00FC7025">
        <w:rPr>
          <w:rFonts w:ascii="Arial" w:hAnsi="Arial" w:cs="Arial"/>
          <w:sz w:val="22"/>
        </w:rPr>
        <w:t xml:space="preserve"> w szczególności poprzez </w:t>
      </w:r>
      <w:r w:rsidRPr="00FC7025">
        <w:rPr>
          <w:rFonts w:ascii="Arial" w:hAnsi="Arial" w:cs="Arial"/>
          <w:sz w:val="22"/>
        </w:rPr>
        <w:t xml:space="preserve">udostępnienie </w:t>
      </w:r>
      <w:r w:rsidR="0050799E" w:rsidRPr="00FC7025">
        <w:rPr>
          <w:rFonts w:ascii="Arial" w:hAnsi="Arial" w:cs="Arial"/>
          <w:sz w:val="22"/>
        </w:rPr>
        <w:t>sali</w:t>
      </w:r>
      <w:r w:rsidRPr="00FC7025">
        <w:rPr>
          <w:rFonts w:ascii="Arial" w:hAnsi="Arial" w:cs="Arial"/>
          <w:sz w:val="22"/>
        </w:rPr>
        <w:t xml:space="preserve"> jako element</w:t>
      </w:r>
      <w:r w:rsidR="0050799E" w:rsidRPr="00FC7025">
        <w:rPr>
          <w:rFonts w:ascii="Arial" w:hAnsi="Arial" w:cs="Arial"/>
          <w:sz w:val="22"/>
        </w:rPr>
        <w:t>u</w:t>
      </w:r>
      <w:r w:rsidRPr="00FC7025">
        <w:rPr>
          <w:rFonts w:ascii="Arial" w:hAnsi="Arial" w:cs="Arial"/>
          <w:sz w:val="22"/>
        </w:rPr>
        <w:t xml:space="preserve"> zaangażowania miasta w</w:t>
      </w:r>
      <w:r w:rsidRPr="00125808">
        <w:rPr>
          <w:rFonts w:ascii="Arial" w:hAnsi="Arial" w:cs="Arial"/>
          <w:b/>
          <w:bCs/>
          <w:color w:val="EE0000"/>
          <w:sz w:val="22"/>
        </w:rPr>
        <w:t xml:space="preserve"> </w:t>
      </w:r>
      <w:r w:rsidRPr="00FC7025">
        <w:rPr>
          <w:rFonts w:ascii="Arial" w:hAnsi="Arial" w:cs="Arial"/>
          <w:sz w:val="22"/>
        </w:rPr>
        <w:t xml:space="preserve">organizację danego wydarzenia. </w:t>
      </w:r>
      <w:r w:rsidR="0050799E" w:rsidRPr="00FC7025">
        <w:rPr>
          <w:rFonts w:ascii="Arial" w:hAnsi="Arial" w:cs="Arial"/>
          <w:sz w:val="22"/>
        </w:rPr>
        <w:t>W takim przypadku t</w:t>
      </w:r>
      <w:r w:rsidRPr="00FC7025">
        <w:rPr>
          <w:rFonts w:ascii="Arial" w:hAnsi="Arial" w:cs="Arial"/>
          <w:sz w:val="22"/>
        </w:rPr>
        <w:t xml:space="preserve">ermin, zakres i warunki udostępnienia </w:t>
      </w:r>
      <w:r w:rsidR="0050799E" w:rsidRPr="00FC7025">
        <w:rPr>
          <w:rFonts w:ascii="Arial" w:hAnsi="Arial" w:cs="Arial"/>
          <w:sz w:val="22"/>
        </w:rPr>
        <w:t xml:space="preserve">zasobów Centrum </w:t>
      </w:r>
      <w:r w:rsidRPr="00FC7025">
        <w:rPr>
          <w:rFonts w:ascii="Arial" w:hAnsi="Arial" w:cs="Arial"/>
          <w:sz w:val="22"/>
        </w:rPr>
        <w:t xml:space="preserve">ustalane są z </w:t>
      </w:r>
      <w:r w:rsidR="00125808" w:rsidRPr="00FC7025">
        <w:rPr>
          <w:rFonts w:ascii="Arial" w:hAnsi="Arial" w:cs="Arial"/>
          <w:sz w:val="22"/>
        </w:rPr>
        <w:t>N</w:t>
      </w:r>
      <w:r w:rsidRPr="00FC7025">
        <w:rPr>
          <w:rFonts w:ascii="Arial" w:hAnsi="Arial" w:cs="Arial"/>
          <w:sz w:val="22"/>
        </w:rPr>
        <w:t xml:space="preserve">aczelnikiem </w:t>
      </w:r>
      <w:r w:rsidR="00125808" w:rsidRPr="00FC7025">
        <w:rPr>
          <w:rFonts w:ascii="Arial" w:hAnsi="Arial" w:cs="Arial"/>
          <w:sz w:val="22"/>
        </w:rPr>
        <w:t>W</w:t>
      </w:r>
      <w:r w:rsidRPr="00FC7025">
        <w:rPr>
          <w:rFonts w:ascii="Arial" w:hAnsi="Arial" w:cs="Arial"/>
          <w:sz w:val="22"/>
        </w:rPr>
        <w:t xml:space="preserve">ydziału lub osobą przez niego </w:t>
      </w:r>
      <w:r w:rsidR="00125808" w:rsidRPr="00FC7025">
        <w:rPr>
          <w:rFonts w:ascii="Arial" w:hAnsi="Arial" w:cs="Arial"/>
          <w:sz w:val="22"/>
        </w:rPr>
        <w:t>wyznaczoną.</w:t>
      </w:r>
    </w:p>
    <w:p w14:paraId="0CC44552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5. Rezerwacja pomieszczeń</w:t>
      </w:r>
    </w:p>
    <w:p w14:paraId="60A4207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Po zawarciu Porozumienia Centrum tworzy konto w systemie rezerwacji dla wskazanej przez Użytkownika osoby upoważnionej.</w:t>
      </w:r>
    </w:p>
    <w:p w14:paraId="137E98F4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Rezerwacje pomieszczeń odbywają się za pośrednictwem systemu rezerwacji dostępnego na stronie razemtychy.pl, z wykorzystaniem indywidualnych danych dostępowych.</w:t>
      </w:r>
    </w:p>
    <w:p w14:paraId="7ABE77B1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Login i hasło są przeznaczone wyłącznie dla osoby upoważnionej i nie mogą być udostępniane osobom nieuprawnionym.</w:t>
      </w:r>
    </w:p>
    <w:p w14:paraId="7802C433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4. Utratę danych dostępowych, ich ujawnienie lub podejrzenie wykorzystania przez osobę nieuprawnioną należy niezwłocznie zgłosić Centrum.</w:t>
      </w:r>
    </w:p>
    <w:p w14:paraId="1D2DBEF5" w14:textId="2E9225F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5. Przed dokonaniem rezerwacji Użytkownik sprawdza dostępność wybranej </w:t>
      </w:r>
      <w:r w:rsidR="00E72E05" w:rsidRPr="00616A54">
        <w:rPr>
          <w:rFonts w:ascii="Arial" w:hAnsi="Arial" w:cs="Arial"/>
          <w:sz w:val="22"/>
        </w:rPr>
        <w:t>S</w:t>
      </w:r>
      <w:r w:rsidRPr="00616A54">
        <w:rPr>
          <w:rFonts w:ascii="Arial" w:hAnsi="Arial" w:cs="Arial"/>
          <w:sz w:val="22"/>
        </w:rPr>
        <w:t>ali</w:t>
      </w:r>
      <w:r w:rsidR="00E72E05" w:rsidRPr="00616A54">
        <w:rPr>
          <w:rFonts w:ascii="Arial" w:hAnsi="Arial" w:cs="Arial"/>
          <w:sz w:val="22"/>
        </w:rPr>
        <w:t xml:space="preserve"> na razemtychy.pl</w:t>
      </w:r>
    </w:p>
    <w:p w14:paraId="7F037C2A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6. Rezerwacja powinna obejmować rzeczywisty czas korzystania z pomieszczenia, w tym czas niezbędny na przygotowanie i uporządkowanie sali.</w:t>
      </w:r>
    </w:p>
    <w:p w14:paraId="43BF5C2E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7. Po zapisaniu rezerwacji Użytkownik powinien sprawdzić jej potwierdzenie w systemie lub na wskazanym adresie poczty elektronicznej.</w:t>
      </w:r>
    </w:p>
    <w:p w14:paraId="1F40338B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8. W przypadku rezygnacji z rezerwacji Użytkownik niezwłocznie ją odwołuje w systemie. Powtarzające się nieodwołane rezerwacje mogą skutkować ograniczeniem możliwości dokonywania kolejnych rezerwacji.</w:t>
      </w:r>
    </w:p>
    <w:p w14:paraId="7D06255F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9. Nie dopuszcza się rezerwowania pomieszczeń „na zapas”, bez rzeczywistego zamiaru korzystania z nich.</w:t>
      </w:r>
    </w:p>
    <w:p w14:paraId="6FD4B17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10. Centrum może odwołać rezerwację z ważnych przyczyn, w szczególności z powodu awarii, zagrożenia bezpieczeństwa, prac technicznych albo konieczności realizacji zadań Centrum.</w:t>
      </w:r>
    </w:p>
    <w:p w14:paraId="4DA8D0C3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11. Zmianę osoby uprawnionej do rezerwacji należy zgłosić Centrum.</w:t>
      </w:r>
    </w:p>
    <w:p w14:paraId="605D9B09" w14:textId="77777777" w:rsidR="00C72415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12. Po zakończeniu współpracy konto rezerwacyjne jest blokowane.</w:t>
      </w:r>
    </w:p>
    <w:p w14:paraId="1661B028" w14:textId="542D9469" w:rsidR="00EA391D" w:rsidRPr="00EA391D" w:rsidRDefault="00EA391D" w:rsidP="00EA391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13.</w:t>
      </w:r>
      <w:r w:rsidRPr="00EA39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C7025">
        <w:rPr>
          <w:rFonts w:ascii="Arial" w:hAnsi="Arial" w:cs="Arial"/>
          <w:sz w:val="22"/>
        </w:rPr>
        <w:t>Rezerwacja pomieszczeń na potrzeby wydarzeń współorganizowanych przez Miasto Tychy, o których mowa w § 4</w:t>
      </w:r>
      <w:r w:rsidR="0050799E" w:rsidRPr="00FC7025">
        <w:rPr>
          <w:rFonts w:ascii="Arial" w:hAnsi="Arial" w:cs="Arial"/>
          <w:sz w:val="22"/>
        </w:rPr>
        <w:t xml:space="preserve"> ust. 7</w:t>
      </w:r>
      <w:r w:rsidRPr="00FC7025">
        <w:rPr>
          <w:rFonts w:ascii="Arial" w:hAnsi="Arial" w:cs="Arial"/>
          <w:sz w:val="22"/>
        </w:rPr>
        <w:t>, odbywa się na podstawie uzgodnień z Naczelnikiem Wydziału lub osobą przez niego wyznaczoną i jest uwzględniana w harmonogramie udostępniania pomieszczeń.</w:t>
      </w:r>
    </w:p>
    <w:p w14:paraId="4DEDA870" w14:textId="3CAFB869" w:rsidR="00EA391D" w:rsidRPr="00616A54" w:rsidRDefault="00EA391D">
      <w:pPr>
        <w:rPr>
          <w:rFonts w:ascii="Arial" w:hAnsi="Arial" w:cs="Arial"/>
          <w:sz w:val="22"/>
        </w:rPr>
      </w:pPr>
    </w:p>
    <w:p w14:paraId="02118C14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6. Godziny korzystania z Centrum</w:t>
      </w:r>
    </w:p>
    <w:p w14:paraId="76378CA4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Centrum jest dostępne od poniedziałku do soboty w godzinach od 8:00 do 21:00.</w:t>
      </w:r>
    </w:p>
    <w:p w14:paraId="4C1B6451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W niedziele i dni ustawowo wolne od pracy Centrum jest niedostępne, chyba że Centrum postanowi inaczej.</w:t>
      </w:r>
    </w:p>
    <w:p w14:paraId="51E46831" w14:textId="2B3ADB9C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3. Za korzystanie poza godzinami pracy Urzędu uważa się korzystanie od poniedziałku do piątku po godzinie 18:00 oraz w soboty po </w:t>
      </w:r>
      <w:r w:rsidR="00F5545C" w:rsidRPr="00616A54">
        <w:rPr>
          <w:rFonts w:ascii="Arial" w:hAnsi="Arial" w:cs="Arial"/>
          <w:sz w:val="22"/>
        </w:rPr>
        <w:t>wcześniejszym uzgodnieniu telefonicznym/zgodnie z harmonogramem pracy</w:t>
      </w:r>
    </w:p>
    <w:p w14:paraId="427E07CD" w14:textId="62F78D16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lastRenderedPageBreak/>
        <w:t>4. Użytkownik jest zobowiązany zakończyć korzystanie z Centrum i opuścić budynek w sposób umożliwiający wykonanie czynności związanych z bezpieczeństwem przed godziną 21:</w:t>
      </w:r>
      <w:r w:rsidR="002F6DE8" w:rsidRPr="00616A54">
        <w:rPr>
          <w:rFonts w:ascii="Arial" w:hAnsi="Arial" w:cs="Arial"/>
          <w:sz w:val="22"/>
        </w:rPr>
        <w:t>00</w:t>
      </w:r>
      <w:r w:rsidRPr="00616A54">
        <w:rPr>
          <w:rFonts w:ascii="Arial" w:hAnsi="Arial" w:cs="Arial"/>
          <w:sz w:val="22"/>
        </w:rPr>
        <w:t>.</w:t>
      </w:r>
    </w:p>
    <w:p w14:paraId="77FE21CE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O godzinie 21:15 system alarmowy może zostać automatycznie uzbrojony zgodnie z konfiguracją techniczną budynku.</w:t>
      </w:r>
    </w:p>
    <w:p w14:paraId="6B63CFF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6. Użytkownik nie może ingerować w system alarmowy, z wyjątkiem czynności wskazanych w obowiązujących instrukcjach.</w:t>
      </w:r>
    </w:p>
    <w:p w14:paraId="6F2E7246" w14:textId="3AF45B98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 xml:space="preserve">§ 7. Dostęp poza godzinami pracy </w:t>
      </w:r>
      <w:r w:rsidR="002F6DE8" w:rsidRPr="00616A54">
        <w:rPr>
          <w:rFonts w:ascii="Arial" w:hAnsi="Arial" w:cs="Arial"/>
          <w:color w:val="000000" w:themeColor="text1"/>
          <w:sz w:val="22"/>
          <w:szCs w:val="22"/>
        </w:rPr>
        <w:t>u</w:t>
      </w:r>
      <w:r w:rsidRPr="00616A54">
        <w:rPr>
          <w:rFonts w:ascii="Arial" w:hAnsi="Arial" w:cs="Arial"/>
          <w:color w:val="000000" w:themeColor="text1"/>
          <w:sz w:val="22"/>
          <w:szCs w:val="22"/>
        </w:rPr>
        <w:t>rzędu i klucze</w:t>
      </w:r>
    </w:p>
    <w:p w14:paraId="63E2DA2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Osoba wskazana przez Użytkownika otrzymuje kod do domofonu na potrzeby wejścia do budynku poza godzinami pracy Urzędu.</w:t>
      </w:r>
    </w:p>
    <w:p w14:paraId="10D79AE1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Kod do domofonu jest przeznaczony wyłącznie dla upoważnionej osoby i konkretnego celu. Nie wolno przekazywać go osobom nieuprawnionym.</w:t>
      </w:r>
    </w:p>
    <w:p w14:paraId="3A5D709F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Klucze wydaje się osobie wskazanej przez Użytkownika.</w:t>
      </w:r>
    </w:p>
    <w:p w14:paraId="2DB65729" w14:textId="2F7FD62A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4. Klucz należy odebrać do godziny 18:00 w dniu korzystania z Centrum, a w sobotę </w:t>
      </w:r>
      <w:r w:rsidR="00BD19B3" w:rsidRPr="00616A54">
        <w:rPr>
          <w:rFonts w:ascii="Arial" w:hAnsi="Arial" w:cs="Arial"/>
          <w:sz w:val="22"/>
        </w:rPr>
        <w:t>po wcześniejszym uzgodnieniu telefonicznym/zgodnie z harmonogramem pracy.</w:t>
      </w:r>
    </w:p>
    <w:p w14:paraId="473A79BD" w14:textId="3414FCC2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5. </w:t>
      </w:r>
      <w:r w:rsidR="002F6DE8" w:rsidRPr="00616A54">
        <w:rPr>
          <w:rFonts w:ascii="Arial" w:hAnsi="Arial" w:cs="Arial"/>
          <w:sz w:val="22"/>
        </w:rPr>
        <w:t>Po zakończeniu korzystania Użytkownik porządkuje salę, kuchnię oraz wykorzystane części wspólne, ustawia wyposażenie na swoim miejscu, usuwa własne materiały i odpady, wyłącza urządzenia, które nie muszą pozostać włączone, sprawdza, czy wszyscy uczestnicy opuścili pomieszczenia, zamyka je i zwraca klucz do wskazanej skrzynki.</w:t>
      </w:r>
    </w:p>
    <w:p w14:paraId="295D2A31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6. Klucza nie wolno kopiować ani przekazywać osobom nieupoważnionym.</w:t>
      </w:r>
    </w:p>
    <w:p w14:paraId="76286E2B" w14:textId="061F6250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7. Utratę klucza należy niezwłocznie zgłosić Centrum. Użytkownik może zostać obciążony kosztami wymiany</w:t>
      </w:r>
      <w:r w:rsidR="002F6DE8" w:rsidRPr="00616A54">
        <w:rPr>
          <w:rFonts w:ascii="Arial" w:hAnsi="Arial" w:cs="Arial"/>
          <w:sz w:val="22"/>
        </w:rPr>
        <w:t xml:space="preserve"> klucza</w:t>
      </w:r>
      <w:r w:rsidRPr="00616A54">
        <w:rPr>
          <w:rFonts w:ascii="Arial" w:hAnsi="Arial" w:cs="Arial"/>
          <w:sz w:val="22"/>
        </w:rPr>
        <w:t>, jeżeli utrat</w:t>
      </w:r>
      <w:r w:rsidR="00B75133" w:rsidRPr="00616A54">
        <w:rPr>
          <w:rFonts w:ascii="Arial" w:hAnsi="Arial" w:cs="Arial"/>
          <w:sz w:val="22"/>
        </w:rPr>
        <w:t>a</w:t>
      </w:r>
      <w:r w:rsidRPr="00616A54">
        <w:rPr>
          <w:rFonts w:ascii="Arial" w:hAnsi="Arial" w:cs="Arial"/>
          <w:sz w:val="22"/>
        </w:rPr>
        <w:t xml:space="preserve"> leż</w:t>
      </w:r>
      <w:r w:rsidR="00B75133" w:rsidRPr="00616A54">
        <w:rPr>
          <w:rFonts w:ascii="Arial" w:hAnsi="Arial" w:cs="Arial"/>
          <w:sz w:val="22"/>
        </w:rPr>
        <w:t>y</w:t>
      </w:r>
      <w:r w:rsidRPr="00616A54">
        <w:rPr>
          <w:rFonts w:ascii="Arial" w:hAnsi="Arial" w:cs="Arial"/>
          <w:sz w:val="22"/>
        </w:rPr>
        <w:t xml:space="preserve"> po jego stronie.</w:t>
      </w:r>
    </w:p>
    <w:p w14:paraId="081755B2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8. W razie uruchomienia alarmu nie należy podejmować samodzielnych prób ingerencji w system. Należy skontaktować się z osobą wskazaną przez Centrum. W sytuacji zagrożenia życia lub zdrowia należy korzystać z właściwych numerów alarmowych, w szczególności numeru 112.</w:t>
      </w:r>
    </w:p>
    <w:p w14:paraId="023F3AB3" w14:textId="77777777" w:rsidR="00C72415" w:rsidRPr="00616A54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8. Zasady korzystania z pomieszczeń i wspólnej przestrzeni</w:t>
      </w:r>
    </w:p>
    <w:p w14:paraId="4EBB9EDF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Użytkownicy są zobowiązani do przestrzegania przepisów właściwych dla pomieszczeń użyteczności publicznej oraz zasad współżycia społecznego.</w:t>
      </w:r>
    </w:p>
    <w:p w14:paraId="0ECAB38C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Z sal należy korzystać zgodnie z ich przeznaczeniem i pozostawiać je w stanie niepogorszonym.</w:t>
      </w:r>
    </w:p>
    <w:p w14:paraId="1156C6DF" w14:textId="2E1E0A30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3. </w:t>
      </w:r>
      <w:r w:rsidR="00154C35" w:rsidRPr="00616A54">
        <w:rPr>
          <w:rFonts w:ascii="Arial" w:hAnsi="Arial" w:cs="Arial"/>
          <w:sz w:val="22"/>
        </w:rPr>
        <w:t xml:space="preserve">Użytkownik zobowiązany jest do korzystania z pomieszczeń i wspólnej przestrzeni z poszanowaniem mienia, co obejmuje utrzymanie czystości w salach i kuchni, przywrócenie porządku oraz właściwego układu wyposażenia po zakończeniu korzystania, bezpieczne wyłączenie urządzeń, usunięcie własnych materiałów i odpadów, jak również niezwłoczne zgłaszanie Centrum wszelkich uszkodzeń. </w:t>
      </w:r>
    </w:p>
    <w:p w14:paraId="491817A7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4. Zasady porządku dotyczą również kuchni i pomieszczeń sanitarnych. Użytkownik po sobie sprząta, myje użyte naczynia lub umieszcza je w zmywarce oraz pozostawia powierzchnie w stanie umożliwiającym korzystanie z nich kolejnym osobom.</w:t>
      </w:r>
    </w:p>
    <w:p w14:paraId="3C5035D0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Zabrania się zastawiania dróg ewakuacyjnych, przejść, drzwi przeciwpożarowych oraz dostępu do urządzeń bezpieczeństwa.</w:t>
      </w:r>
    </w:p>
    <w:p w14:paraId="6C2D45BA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6. Nie wolno samodzielnie zmieniać wyposażenia ani ingerować w instalacje.</w:t>
      </w:r>
    </w:p>
    <w:p w14:paraId="1FD8D042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lastRenderedPageBreak/>
        <w:t>7. Użytkownik korzysta z Centrum w sposób niezakłócający spotkań i działań innych Użytkowników.</w:t>
      </w:r>
    </w:p>
    <w:p w14:paraId="5BBA25CD" w14:textId="77777777" w:rsidR="00C72415" w:rsidRPr="00616A54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9. Adres siedziby i adres korespondencyjny</w:t>
      </w:r>
    </w:p>
    <w:p w14:paraId="0F4921A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Postanowienia niniejszego paragrafu dotyczą organizacji, którym na podstawie Porozumienia udostępniono adres Centrum jako adres siedziby lub adres korespondencyjny.</w:t>
      </w:r>
    </w:p>
    <w:p w14:paraId="039D115D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Dla organizacji może zostać wyznaczone miejsce lub skrzynka przeznaczone do odbioru korespondencji.</w:t>
      </w:r>
    </w:p>
    <w:p w14:paraId="3BAFBC68" w14:textId="68E690C2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3. Centrum zapewnia wyznaczone miejsce </w:t>
      </w:r>
      <w:r w:rsidR="002F6DE8" w:rsidRPr="00616A54">
        <w:rPr>
          <w:rFonts w:ascii="Arial" w:hAnsi="Arial" w:cs="Arial"/>
          <w:sz w:val="22"/>
        </w:rPr>
        <w:t xml:space="preserve">lub skrzynkę </w:t>
      </w:r>
      <w:r w:rsidRPr="00616A54">
        <w:rPr>
          <w:rFonts w:ascii="Arial" w:hAnsi="Arial" w:cs="Arial"/>
          <w:sz w:val="22"/>
        </w:rPr>
        <w:t>do odbioru korespondencji na zasadach określonych w Porozumieniu. W przypadku korespondencji o większym gabarycie niż umożliwiający jej umieszczenie w wyznaczonej skrzynce sposób jej odbioru ustala się z Centrum.</w:t>
      </w:r>
    </w:p>
    <w:p w14:paraId="5FDBAE48" w14:textId="7A75DD38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4. Organizacja samodzielnie i regularnie, </w:t>
      </w:r>
      <w:r w:rsidR="002F6DE8" w:rsidRPr="00616A54">
        <w:rPr>
          <w:rFonts w:ascii="Arial" w:hAnsi="Arial" w:cs="Arial"/>
          <w:sz w:val="22"/>
        </w:rPr>
        <w:t>nie rzadziej</w:t>
      </w:r>
      <w:r w:rsidRPr="00616A54">
        <w:rPr>
          <w:rFonts w:ascii="Arial" w:hAnsi="Arial" w:cs="Arial"/>
          <w:sz w:val="22"/>
        </w:rPr>
        <w:t xml:space="preserve"> niż raz w tygodniu, monitoruje wyznaczone miejsce oraz odbiera kierowaną do niej korespondencję bez zbędnej zwłoki.</w:t>
      </w:r>
    </w:p>
    <w:p w14:paraId="09B9EB75" w14:textId="3309BAE5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Centrum nie otwiera korespondencji organizacji</w:t>
      </w:r>
      <w:r w:rsidR="002F6DE8" w:rsidRPr="00616A54">
        <w:rPr>
          <w:rFonts w:ascii="Arial" w:hAnsi="Arial" w:cs="Arial"/>
          <w:sz w:val="22"/>
        </w:rPr>
        <w:t>.</w:t>
      </w:r>
    </w:p>
    <w:p w14:paraId="3C8A9F2D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6. Organizacja odpowiada za terminy wynikające z otrzymanej korespondencji.</w:t>
      </w:r>
    </w:p>
    <w:p w14:paraId="2D09599D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7. Po zakończeniu współpracy organizacja niezwłocznie informuje właściwe podmioty o zmianie adresu i usuwa adres Centrum z właściwych rejestrów, jeżeli był w nich wskazany.</w:t>
      </w:r>
    </w:p>
    <w:p w14:paraId="5ABFB4D3" w14:textId="4384C8DC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8. Korespondencję pozostającą po zakończeniu prawa do korzystania z adresu Centrum </w:t>
      </w:r>
      <w:r w:rsidR="00B75133" w:rsidRPr="00616A54">
        <w:rPr>
          <w:rFonts w:ascii="Arial" w:hAnsi="Arial" w:cs="Arial"/>
          <w:sz w:val="22"/>
        </w:rPr>
        <w:t>niszczy</w:t>
      </w:r>
      <w:r w:rsidRPr="00616A54">
        <w:rPr>
          <w:rFonts w:ascii="Arial" w:hAnsi="Arial" w:cs="Arial"/>
          <w:sz w:val="22"/>
        </w:rPr>
        <w:t xml:space="preserve"> z uwzględnieniem zasad ochrony danych.</w:t>
      </w:r>
    </w:p>
    <w:p w14:paraId="0788E5DC" w14:textId="77777777" w:rsidR="00C72415" w:rsidRPr="00616A54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16A54">
        <w:rPr>
          <w:rFonts w:ascii="Arial" w:hAnsi="Arial" w:cs="Arial"/>
          <w:color w:val="000000" w:themeColor="text1"/>
          <w:sz w:val="22"/>
          <w:szCs w:val="22"/>
        </w:rPr>
        <w:t>§ 10. Bezpieczeństwo</w:t>
      </w:r>
    </w:p>
    <w:p w14:paraId="29E6EF48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Użytkownik przestrzega zasad BHP, ochrony przeciwpożarowej oraz instrukcji obowiązujących w budynku.</w:t>
      </w:r>
    </w:p>
    <w:p w14:paraId="1B766624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Zabrania się używania otwartego ognia, blokowania lub zasłaniania urządzeń przeciwpożarowych oraz używania niesprawnych urządzeń elektrycznych.</w:t>
      </w:r>
    </w:p>
    <w:p w14:paraId="2839236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W przypadku awarii, zagrożenia lub alarmu Użytkownik niezwłocznie postępuje zgodnie z właściwą procedurą bezpieczeństwa i zawiadamia wskazaną przez Centrum osobę lub właściwe służby.</w:t>
      </w:r>
    </w:p>
    <w:p w14:paraId="33102CB1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4. Zagrożenie życia lub zdrowia należy niezwłocznie zgłaszać pod numerem 112.</w:t>
      </w:r>
    </w:p>
    <w:p w14:paraId="0E8F48F6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Problemy techniczne, problemy z rezerwacją, utratę klucza oraz inne zdarzenia należy zgłaszać na dane kontaktowe wskazane przez Centrum.</w:t>
      </w:r>
    </w:p>
    <w:p w14:paraId="29EEC3DC" w14:textId="77777777" w:rsidR="00C72415" w:rsidRPr="00E7522A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E7522A">
        <w:rPr>
          <w:rFonts w:ascii="Arial" w:hAnsi="Arial" w:cs="Arial"/>
          <w:color w:val="000000" w:themeColor="text1"/>
          <w:sz w:val="22"/>
          <w:szCs w:val="22"/>
        </w:rPr>
        <w:t>§ 11. Dostęp do Internetu</w:t>
      </w:r>
    </w:p>
    <w:p w14:paraId="47DC9521" w14:textId="3F7002B6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Centrum może udostępniać Użytkownikom nieodpłatny dostęp do wydzielonej sieci bezprzewodowej Wi</w:t>
      </w:r>
      <w:r w:rsidR="00154C35" w:rsidRPr="00616A54">
        <w:rPr>
          <w:rFonts w:ascii="Arial" w:hAnsi="Arial" w:cs="Arial"/>
          <w:sz w:val="22"/>
        </w:rPr>
        <w:t>-</w:t>
      </w:r>
      <w:r w:rsidRPr="00616A54">
        <w:rPr>
          <w:rFonts w:ascii="Arial" w:hAnsi="Arial" w:cs="Arial"/>
          <w:sz w:val="22"/>
        </w:rPr>
        <w:t>Fi</w:t>
      </w:r>
      <w:r w:rsidR="00BD19B3" w:rsidRPr="00616A54">
        <w:rPr>
          <w:rFonts w:ascii="Arial" w:hAnsi="Arial" w:cs="Arial"/>
          <w:sz w:val="22"/>
        </w:rPr>
        <w:t>.</w:t>
      </w:r>
    </w:p>
    <w:p w14:paraId="7451F464" w14:textId="0DAAA7B9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Dostęp do sieci ma charakter niepubliczny i jest przeznaczony dla zamkniętego, określonego kręgu osób korzysta</w:t>
      </w:r>
      <w:r w:rsidR="00BD19B3" w:rsidRPr="00616A54">
        <w:rPr>
          <w:rFonts w:ascii="Arial" w:hAnsi="Arial" w:cs="Arial"/>
          <w:sz w:val="22"/>
        </w:rPr>
        <w:t>jących</w:t>
      </w:r>
      <w:r w:rsidRPr="00616A54">
        <w:rPr>
          <w:rFonts w:ascii="Arial" w:hAnsi="Arial" w:cs="Arial"/>
          <w:sz w:val="22"/>
        </w:rPr>
        <w:t xml:space="preserve"> z Centrum.</w:t>
      </w:r>
    </w:p>
    <w:p w14:paraId="16E25AC5" w14:textId="7DD4BF20" w:rsidR="00C72415" w:rsidRPr="00616A54" w:rsidRDefault="004234DA" w:rsidP="00F5545C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3. </w:t>
      </w:r>
      <w:r w:rsidR="00F5545C" w:rsidRPr="00616A54">
        <w:rPr>
          <w:rFonts w:ascii="Arial" w:hAnsi="Arial" w:cs="Arial"/>
          <w:sz w:val="22"/>
        </w:rPr>
        <w:t xml:space="preserve">Zasady korzystania z dostępu do sieci bezprzewodowej określa załącznik nr </w:t>
      </w:r>
      <w:r w:rsidR="0034136A">
        <w:rPr>
          <w:rFonts w:ascii="Arial" w:hAnsi="Arial" w:cs="Arial"/>
          <w:sz w:val="22"/>
        </w:rPr>
        <w:t>4</w:t>
      </w:r>
      <w:r w:rsidR="00F5545C" w:rsidRPr="00616A54">
        <w:rPr>
          <w:rFonts w:ascii="Arial" w:hAnsi="Arial" w:cs="Arial"/>
          <w:sz w:val="22"/>
        </w:rPr>
        <w:t xml:space="preserve"> do Regulaminu.</w:t>
      </w:r>
    </w:p>
    <w:p w14:paraId="04C0E3DA" w14:textId="77777777" w:rsidR="00C72415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E7522A">
        <w:rPr>
          <w:rFonts w:ascii="Arial" w:hAnsi="Arial" w:cs="Arial"/>
          <w:color w:val="000000" w:themeColor="text1"/>
          <w:sz w:val="22"/>
          <w:szCs w:val="22"/>
        </w:rPr>
        <w:t>§ 12. Zakazy</w:t>
      </w:r>
    </w:p>
    <w:p w14:paraId="76F1E315" w14:textId="44776C5C" w:rsidR="00C72415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1. Zabrania się </w:t>
      </w:r>
      <w:r w:rsidR="00E7522A" w:rsidRPr="00E7522A">
        <w:rPr>
          <w:rFonts w:ascii="Arial" w:hAnsi="Arial" w:cs="Arial"/>
          <w:sz w:val="22"/>
        </w:rPr>
        <w:t>wnoszenia i spożywania napojów alkoholowych oraz palenia wyrobów tytoniowych i używania papierosów elektronicznych (w tym nowatorskich wyrobów tytoniowych)</w:t>
      </w:r>
      <w:r w:rsidR="00E7522A">
        <w:rPr>
          <w:rFonts w:ascii="Arial" w:hAnsi="Arial" w:cs="Arial"/>
          <w:sz w:val="22"/>
        </w:rPr>
        <w:t xml:space="preserve">. </w:t>
      </w:r>
    </w:p>
    <w:p w14:paraId="2F78B4F6" w14:textId="365C55FE" w:rsidR="00E7522A" w:rsidRPr="00616A54" w:rsidRDefault="00E752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2. Zabrania się </w:t>
      </w:r>
      <w:r w:rsidRPr="00E7522A">
        <w:rPr>
          <w:rFonts w:ascii="Arial" w:hAnsi="Arial" w:cs="Arial"/>
          <w:sz w:val="22"/>
        </w:rPr>
        <w:t>wstępu oraz przebywania na terenie obiektu osobom znajdującym się pod wpływem alkoholu, środków odurzających lub substancji psychotropowych</w:t>
      </w:r>
      <w:r>
        <w:rPr>
          <w:rFonts w:ascii="Arial" w:hAnsi="Arial" w:cs="Arial"/>
          <w:sz w:val="22"/>
        </w:rPr>
        <w:t>.</w:t>
      </w:r>
    </w:p>
    <w:p w14:paraId="1203E35B" w14:textId="2C899CA2" w:rsidR="00E7522A" w:rsidRDefault="00E752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</w:t>
      </w:r>
      <w:r w:rsidR="004234DA" w:rsidRPr="00616A54">
        <w:rPr>
          <w:rFonts w:ascii="Arial" w:hAnsi="Arial" w:cs="Arial"/>
          <w:sz w:val="22"/>
        </w:rPr>
        <w:t xml:space="preserve">. Zabrania się </w:t>
      </w:r>
      <w:r w:rsidRPr="00E7522A">
        <w:rPr>
          <w:rFonts w:ascii="Arial" w:hAnsi="Arial" w:cs="Arial"/>
          <w:sz w:val="22"/>
        </w:rPr>
        <w:t>posiadania, zażywania oraz rozprowadzania środków psychoaktywnych i substancji potocznie uznawanych za narkotyki lub dopalacze</w:t>
      </w:r>
      <w:r>
        <w:rPr>
          <w:rFonts w:ascii="Arial" w:hAnsi="Arial" w:cs="Arial"/>
          <w:sz w:val="22"/>
        </w:rPr>
        <w:t xml:space="preserve">. </w:t>
      </w:r>
    </w:p>
    <w:p w14:paraId="1D1AA139" w14:textId="21A7C79F" w:rsidR="00E7522A" w:rsidRDefault="00E752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</w:t>
      </w:r>
      <w:r w:rsidR="004234DA" w:rsidRPr="00616A54">
        <w:rPr>
          <w:rFonts w:ascii="Arial" w:hAnsi="Arial" w:cs="Arial"/>
          <w:sz w:val="22"/>
        </w:rPr>
        <w:t xml:space="preserve">. Zabrania się </w:t>
      </w:r>
      <w:r w:rsidRPr="00E7522A">
        <w:rPr>
          <w:rFonts w:ascii="Arial" w:hAnsi="Arial" w:cs="Arial"/>
          <w:sz w:val="22"/>
        </w:rPr>
        <w:t>niszczenia mienia, dokonywania samowolnych napraw, modyfikacji wyposażenia oraz jakiejkolwiek ingerencji w instalacje techniczne.</w:t>
      </w:r>
      <w:r>
        <w:rPr>
          <w:rFonts w:ascii="Arial" w:hAnsi="Arial" w:cs="Arial"/>
          <w:sz w:val="22"/>
        </w:rPr>
        <w:t xml:space="preserve"> </w:t>
      </w:r>
    </w:p>
    <w:p w14:paraId="12F7BC21" w14:textId="69B2202C" w:rsidR="00C72415" w:rsidRPr="00616A54" w:rsidRDefault="00E752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</w:t>
      </w:r>
      <w:r w:rsidR="004234DA" w:rsidRPr="00616A54">
        <w:rPr>
          <w:rFonts w:ascii="Arial" w:hAnsi="Arial" w:cs="Arial"/>
          <w:sz w:val="22"/>
        </w:rPr>
        <w:t xml:space="preserve">. Zabrania się </w:t>
      </w:r>
      <w:r w:rsidRPr="00E7522A">
        <w:rPr>
          <w:rFonts w:ascii="Arial" w:hAnsi="Arial" w:cs="Arial"/>
          <w:sz w:val="22"/>
        </w:rPr>
        <w:t>nieuprawnionego udostępniania sal, kluczy, kodów dostępu oraz danych logowania osobom trzecim</w:t>
      </w:r>
      <w:r w:rsidR="004234DA" w:rsidRPr="00616A54">
        <w:rPr>
          <w:rFonts w:ascii="Arial" w:hAnsi="Arial" w:cs="Arial"/>
          <w:sz w:val="22"/>
        </w:rPr>
        <w:t>.</w:t>
      </w:r>
    </w:p>
    <w:p w14:paraId="44F8F510" w14:textId="05DFCB45" w:rsidR="00C72415" w:rsidRPr="00616A54" w:rsidRDefault="00E7522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6</w:t>
      </w:r>
      <w:r w:rsidR="004234DA" w:rsidRPr="00616A54">
        <w:rPr>
          <w:rFonts w:ascii="Arial" w:hAnsi="Arial" w:cs="Arial"/>
          <w:sz w:val="22"/>
        </w:rPr>
        <w:t xml:space="preserve">. Zabrania się </w:t>
      </w:r>
      <w:r w:rsidRPr="00E7522A">
        <w:rPr>
          <w:rFonts w:ascii="Arial" w:hAnsi="Arial" w:cs="Arial"/>
          <w:sz w:val="22"/>
        </w:rPr>
        <w:t>prowadzenia działalności sprzecznej z przepisami prawa oraz podejmowania jakichkolwiek działań stwarzających zagrożenie dla życia, zdrowia osób lub bezpieczeństwa mienia</w:t>
      </w:r>
      <w:r w:rsidR="004234DA" w:rsidRPr="00616A54">
        <w:rPr>
          <w:rFonts w:ascii="Arial" w:hAnsi="Arial" w:cs="Arial"/>
          <w:sz w:val="22"/>
        </w:rPr>
        <w:t>.</w:t>
      </w:r>
    </w:p>
    <w:p w14:paraId="1DDE2DB2" w14:textId="77777777" w:rsidR="00C72415" w:rsidRPr="00F46FAB" w:rsidRDefault="004234DA" w:rsidP="00F46FAB">
      <w:pPr>
        <w:pStyle w:val="Nagwek2"/>
        <w:spacing w:before="1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F46FAB">
        <w:rPr>
          <w:rFonts w:ascii="Arial" w:hAnsi="Arial" w:cs="Arial"/>
          <w:color w:val="000000" w:themeColor="text1"/>
          <w:sz w:val="22"/>
          <w:szCs w:val="22"/>
        </w:rPr>
        <w:t>§ 13. Odpowiedzialność i następstwa naruszenia Regulaminu</w:t>
      </w:r>
    </w:p>
    <w:p w14:paraId="6F8BD90F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Użytkownik odpowiada za szkody powstałe wskutek jego działania lub zaniechania oraz za szkody związane z działaniami osób uczestniczących w jego przedsięwzięciach – w zakresie wynikającym z przepisów prawa.</w:t>
      </w:r>
    </w:p>
    <w:p w14:paraId="6312F4A8" w14:textId="25941025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2. Odpowiedzialność obejmuje w szczególności uszkodzenie wyposażenia lub pomieszczeń, utratę kluczy oraz </w:t>
      </w:r>
      <w:r w:rsidR="00154C35" w:rsidRPr="00616A54">
        <w:rPr>
          <w:rFonts w:ascii="Arial" w:hAnsi="Arial" w:cs="Arial"/>
          <w:sz w:val="22"/>
        </w:rPr>
        <w:t>nieuprawnione udostępnienie danych logowania</w:t>
      </w:r>
      <w:r w:rsidRPr="00616A54">
        <w:rPr>
          <w:rFonts w:ascii="Arial" w:hAnsi="Arial" w:cs="Arial"/>
          <w:sz w:val="22"/>
        </w:rPr>
        <w:t>, jeżeli szkoda pozostaje w związku z działaniem lub zaniechaniem Użytkownika.</w:t>
      </w:r>
    </w:p>
    <w:p w14:paraId="6940B38F" w14:textId="1CC20C3E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Centrum nie odpowiada za przedmioty pozostawione przez Użytkowników lub uczestników ich działań</w:t>
      </w:r>
      <w:r w:rsidR="004D2527" w:rsidRPr="00616A54">
        <w:rPr>
          <w:rFonts w:ascii="Arial" w:hAnsi="Arial" w:cs="Arial"/>
          <w:sz w:val="22"/>
        </w:rPr>
        <w:t>.</w:t>
      </w:r>
    </w:p>
    <w:p w14:paraId="72356FAE" w14:textId="47595EBF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4. W przypadku naruszenia Regulaminu Centrum może </w:t>
      </w:r>
      <w:r w:rsidR="00154C35" w:rsidRPr="00616A54">
        <w:rPr>
          <w:rFonts w:ascii="Arial" w:hAnsi="Arial" w:cs="Arial"/>
          <w:sz w:val="22"/>
        </w:rPr>
        <w:t xml:space="preserve">w szczególności </w:t>
      </w:r>
      <w:r w:rsidRPr="00616A54">
        <w:rPr>
          <w:rFonts w:ascii="Arial" w:hAnsi="Arial" w:cs="Arial"/>
          <w:sz w:val="22"/>
        </w:rPr>
        <w:t xml:space="preserve">wezwać Użytkownika do usunięcia naruszenia, ograniczyć dostępność pomieszczeń, zawiesić możliwość dokonywania rezerwacji, odwołać rezerwację albo </w:t>
      </w:r>
      <w:r w:rsidR="00634712" w:rsidRPr="00616A54">
        <w:rPr>
          <w:rFonts w:ascii="Arial" w:hAnsi="Arial" w:cs="Arial"/>
          <w:sz w:val="22"/>
        </w:rPr>
        <w:t>rozwiązać Porozumienie w trybie natychmiastowym</w:t>
      </w:r>
      <w:r w:rsidRPr="00616A54">
        <w:rPr>
          <w:rFonts w:ascii="Arial" w:hAnsi="Arial" w:cs="Arial"/>
          <w:sz w:val="22"/>
        </w:rPr>
        <w:t>.</w:t>
      </w:r>
    </w:p>
    <w:p w14:paraId="070A5449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W przypadku rażącego zagrożenia bezpieczeństwa Centrum może podjąć niezwłoczne działania ochronne, w tym ograniczyć lub wstrzymać dostęp do pomieszczeń.</w:t>
      </w:r>
    </w:p>
    <w:p w14:paraId="3250218D" w14:textId="77777777" w:rsidR="00C72415" w:rsidRPr="00F46FAB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F46FAB">
        <w:rPr>
          <w:rFonts w:ascii="Arial" w:hAnsi="Arial" w:cs="Arial"/>
          <w:color w:val="000000" w:themeColor="text1"/>
          <w:sz w:val="22"/>
          <w:szCs w:val="22"/>
        </w:rPr>
        <w:t>§ 14. Monitoring, kontrola dostępu i dane osobowe</w:t>
      </w:r>
    </w:p>
    <w:p w14:paraId="4723FE6E" w14:textId="163B69F6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W budynku funkcjon</w:t>
      </w:r>
      <w:r w:rsidR="00F46FAB">
        <w:rPr>
          <w:rFonts w:ascii="Arial" w:hAnsi="Arial" w:cs="Arial"/>
          <w:sz w:val="22"/>
        </w:rPr>
        <w:t>uje</w:t>
      </w:r>
      <w:r w:rsidRPr="00616A54">
        <w:rPr>
          <w:rFonts w:ascii="Arial" w:hAnsi="Arial" w:cs="Arial"/>
          <w:sz w:val="22"/>
        </w:rPr>
        <w:t xml:space="preserve"> monitoring wizyjny, kontrola dostępu, domofon oraz system alarmowy, zgodnie z obowiązującymi przepisami i przyjętymi procedurami.</w:t>
      </w:r>
    </w:p>
    <w:p w14:paraId="4AE4A47E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Obszary objęte monitoringiem są oznaczone. Szczegółowe informacje dotyczące przetwarzania danych osobowych, w tym danych związanych z monitoringiem, kontrolą dostępu i systemem rezerwacji, są przekazywane w odpowiednich klauzulach informacyjnych.</w:t>
      </w:r>
    </w:p>
    <w:p w14:paraId="40874A2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Dane osób wskazanych we Wniosku lub Porozumieniu są przetwarzane w celu rozpatrzenia Wniosku, zawarcia i realizacji Porozumienia, organizacji korzystania z Centrum, obsługi rezerwacji oraz zapewnienia bezpieczeństwa – w zakresie i na podstawie określonej przez właściwego administratora danych.</w:t>
      </w:r>
    </w:p>
    <w:p w14:paraId="21343526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4. Użytkownik jest zobowiązany do przekazania osobom wskazanym we Wniosku lub Porozumieniu informacji dotyczących przetwarzania ich danych, jeżeli obowiązek taki wynika z przepisów prawa lub przyjętych procedur.</w:t>
      </w:r>
    </w:p>
    <w:p w14:paraId="6AE7C61F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5. Zakres danych, podstawy prawne, odbiorcy danych, okresy przechowywania oraz prawa osób, których dane dotyczą, określa właściwa klauzula informacyjna. Nie przyjmuje się jednego, automatycznego okresu przechowywania dla wszystkich kategorii danych.</w:t>
      </w:r>
    </w:p>
    <w:p w14:paraId="58A892DD" w14:textId="77777777" w:rsidR="00C72415" w:rsidRPr="00F46FAB" w:rsidRDefault="004234DA" w:rsidP="00F5545C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F46FAB">
        <w:rPr>
          <w:rFonts w:ascii="Arial" w:hAnsi="Arial" w:cs="Arial"/>
          <w:color w:val="000000" w:themeColor="text1"/>
          <w:sz w:val="22"/>
          <w:szCs w:val="22"/>
        </w:rPr>
        <w:lastRenderedPageBreak/>
        <w:t>§ 15. Postanowienia końcowe</w:t>
      </w:r>
    </w:p>
    <w:p w14:paraId="56170F03" w14:textId="0A87B5A0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W sprawach nieuregulowanych Regulaminem stosuje się obowiązujące przepisy prawa</w:t>
      </w:r>
      <w:r w:rsidR="004D2527" w:rsidRPr="00616A54">
        <w:rPr>
          <w:rFonts w:ascii="Arial" w:hAnsi="Arial" w:cs="Arial"/>
          <w:sz w:val="22"/>
        </w:rPr>
        <w:t>.</w:t>
      </w:r>
    </w:p>
    <w:p w14:paraId="4DA7C10D" w14:textId="134F7665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2. Integralną część dokumentacji związanej z korzystaniem z Centrum stanowią: Wniosek o zawarcie Porozumienia oraz Porozumienie w sprawie korzystania z zasobów Centrum. </w:t>
      </w:r>
    </w:p>
    <w:p w14:paraId="75EF2919" w14:textId="775B1A6A" w:rsidR="00C72415" w:rsidRPr="00616A54" w:rsidRDefault="004D2527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</w:t>
      </w:r>
      <w:r w:rsidR="004234DA" w:rsidRPr="00616A54">
        <w:rPr>
          <w:rFonts w:ascii="Arial" w:hAnsi="Arial" w:cs="Arial"/>
          <w:sz w:val="22"/>
        </w:rPr>
        <w:t>. Regulamin wchodzi w życie z dniem określonym w zarządzeniu Prezydenta Miasta Tychy wprowadzającym Regulamin.</w:t>
      </w:r>
    </w:p>
    <w:p w14:paraId="73089E4A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br w:type="page"/>
      </w:r>
    </w:p>
    <w:p w14:paraId="2CAD609D" w14:textId="7A68E0C3" w:rsidR="00C72415" w:rsidRPr="00F46FAB" w:rsidRDefault="00616A54" w:rsidP="00F46FAB">
      <w:pPr>
        <w:spacing w:after="240"/>
        <w:ind w:left="6480"/>
        <w:rPr>
          <w:rFonts w:ascii="Arial" w:hAnsi="Arial" w:cs="Arial"/>
          <w:sz w:val="18"/>
          <w:szCs w:val="18"/>
        </w:rPr>
      </w:pPr>
      <w:r w:rsidRPr="00616A54">
        <w:rPr>
          <w:rFonts w:ascii="Arial" w:hAnsi="Arial" w:cs="Arial"/>
          <w:sz w:val="18"/>
          <w:szCs w:val="18"/>
        </w:rPr>
        <w:lastRenderedPageBreak/>
        <w:t xml:space="preserve">Załącznik nr </w:t>
      </w:r>
      <w:r w:rsidR="003D0087">
        <w:rPr>
          <w:rFonts w:ascii="Arial" w:hAnsi="Arial" w:cs="Arial"/>
          <w:sz w:val="18"/>
          <w:szCs w:val="18"/>
        </w:rPr>
        <w:t>2</w:t>
      </w:r>
      <w:r w:rsidRPr="00616A54">
        <w:rPr>
          <w:rFonts w:ascii="Arial" w:hAnsi="Arial" w:cs="Arial"/>
          <w:sz w:val="18"/>
          <w:szCs w:val="18"/>
        </w:rPr>
        <w:t xml:space="preserve"> do Zarządzenia </w:t>
      </w:r>
      <w:r w:rsidRPr="00616A54">
        <w:rPr>
          <w:rFonts w:ascii="Arial" w:hAnsi="Arial" w:cs="Arial"/>
          <w:sz w:val="18"/>
          <w:szCs w:val="18"/>
        </w:rPr>
        <w:br/>
      </w:r>
      <w:r w:rsidR="00F46FAB" w:rsidRPr="00616A54">
        <w:rPr>
          <w:rFonts w:ascii="Arial" w:hAnsi="Arial" w:cs="Arial"/>
          <w:sz w:val="18"/>
          <w:szCs w:val="18"/>
        </w:rPr>
        <w:t xml:space="preserve">Nr </w:t>
      </w:r>
      <w:r w:rsidR="00F46FAB">
        <w:rPr>
          <w:rFonts w:ascii="Arial" w:hAnsi="Arial" w:cs="Arial"/>
          <w:sz w:val="18"/>
          <w:szCs w:val="18"/>
        </w:rPr>
        <w:t>0050/</w:t>
      </w:r>
      <w:r w:rsidR="00EC44FC">
        <w:rPr>
          <w:rFonts w:ascii="Arial" w:hAnsi="Arial" w:cs="Arial"/>
          <w:sz w:val="18"/>
          <w:szCs w:val="18"/>
        </w:rPr>
        <w:t>334</w:t>
      </w:r>
      <w:r w:rsidR="00F46FAB">
        <w:rPr>
          <w:rFonts w:ascii="Arial" w:hAnsi="Arial" w:cs="Arial"/>
          <w:sz w:val="18"/>
          <w:szCs w:val="18"/>
        </w:rPr>
        <w:t>/26</w:t>
      </w:r>
      <w:r w:rsidR="00F46FAB" w:rsidRPr="00616A54">
        <w:rPr>
          <w:rFonts w:ascii="Arial" w:hAnsi="Arial" w:cs="Arial"/>
          <w:sz w:val="18"/>
          <w:szCs w:val="18"/>
        </w:rPr>
        <w:t xml:space="preserve"> Prezydenta Miasta </w:t>
      </w:r>
      <w:r w:rsidR="00F46FAB" w:rsidRPr="00616A54">
        <w:rPr>
          <w:rFonts w:ascii="Arial" w:hAnsi="Arial" w:cs="Arial"/>
          <w:sz w:val="18"/>
          <w:szCs w:val="18"/>
        </w:rPr>
        <w:br/>
        <w:t xml:space="preserve">Tychy z dnia </w:t>
      </w:r>
      <w:r w:rsidR="00F46FAB">
        <w:rPr>
          <w:rFonts w:ascii="Arial" w:hAnsi="Arial" w:cs="Arial"/>
          <w:sz w:val="18"/>
          <w:szCs w:val="18"/>
        </w:rPr>
        <w:t>2 listopada 2026 r.</w:t>
      </w:r>
    </w:p>
    <w:p w14:paraId="126037E3" w14:textId="77777777" w:rsidR="00C72415" w:rsidRPr="00616A54" w:rsidRDefault="004234DA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WNIOSEK O ZAWARCIE POROZUMIENIA</w:t>
      </w:r>
    </w:p>
    <w:p w14:paraId="104CB292" w14:textId="77777777" w:rsidR="00C72415" w:rsidRPr="00616A54" w:rsidRDefault="004234DA" w:rsidP="00616A54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 sprawie korzystania z zasobów Tyskiego Centrum Aktywności Obywatelskiej „KONTAKT”</w:t>
      </w:r>
    </w:p>
    <w:p w14:paraId="696B39DE" w14:textId="41137719" w:rsidR="00C72415" w:rsidRPr="00616A54" w:rsidRDefault="004234DA" w:rsidP="00F46FAB">
      <w:pPr>
        <w:spacing w:before="240" w:after="240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Nazwa organizacji / grupy inicjatywnej: ...........................................................................................</w:t>
      </w:r>
    </w:p>
    <w:p w14:paraId="5197E7A4" w14:textId="64C4AE80" w:rsidR="00C72415" w:rsidRPr="00616A54" w:rsidRDefault="004234DA" w:rsidP="00F46FAB">
      <w:pPr>
        <w:spacing w:before="120" w:after="240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Adres</w:t>
      </w:r>
      <w:r w:rsidR="00AB261F">
        <w:rPr>
          <w:rFonts w:ascii="Arial" w:hAnsi="Arial" w:cs="Arial"/>
          <w:sz w:val="22"/>
        </w:rPr>
        <w:t xml:space="preserve"> siedziby</w:t>
      </w:r>
      <w:r w:rsidR="00AB261F" w:rsidRPr="00616A54">
        <w:rPr>
          <w:rFonts w:ascii="Arial" w:hAnsi="Arial" w:cs="Arial"/>
          <w:sz w:val="22"/>
        </w:rPr>
        <w:t>: ................................................................................................................................</w:t>
      </w:r>
    </w:p>
    <w:p w14:paraId="4B9E714B" w14:textId="4F7D9D06" w:rsidR="00C72415" w:rsidRPr="00616A54" w:rsidRDefault="004234DA" w:rsidP="00F46FAB">
      <w:pPr>
        <w:spacing w:after="240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KRS/</w:t>
      </w:r>
      <w:r w:rsidR="00E0673E" w:rsidRPr="00616A54">
        <w:rPr>
          <w:rFonts w:ascii="Arial" w:hAnsi="Arial" w:cs="Arial"/>
          <w:sz w:val="22"/>
        </w:rPr>
        <w:t xml:space="preserve">inna </w:t>
      </w:r>
      <w:r w:rsidRPr="00616A54">
        <w:rPr>
          <w:rFonts w:ascii="Arial" w:hAnsi="Arial" w:cs="Arial"/>
          <w:sz w:val="22"/>
        </w:rPr>
        <w:t>ewidencja/dane identyfikacyjne – jeżeli</w:t>
      </w:r>
      <w:r w:rsidR="00F46FAB">
        <w:rPr>
          <w:rFonts w:ascii="Arial" w:hAnsi="Arial" w:cs="Arial"/>
          <w:sz w:val="22"/>
        </w:rPr>
        <w:t xml:space="preserve"> </w:t>
      </w:r>
      <w:r w:rsidR="00F46FAB" w:rsidRPr="00616A54">
        <w:rPr>
          <w:rFonts w:ascii="Arial" w:hAnsi="Arial" w:cs="Arial"/>
          <w:sz w:val="22"/>
        </w:rPr>
        <w:t>dotyczy: ......................................................</w:t>
      </w:r>
      <w:r w:rsidR="00F46FAB">
        <w:rPr>
          <w:rFonts w:ascii="Arial" w:hAnsi="Arial" w:cs="Arial"/>
          <w:sz w:val="22"/>
        </w:rPr>
        <w:t>....</w:t>
      </w:r>
      <w:r w:rsidR="00F46FAB" w:rsidRPr="00616A54">
        <w:rPr>
          <w:rFonts w:ascii="Arial" w:hAnsi="Arial" w:cs="Arial"/>
          <w:sz w:val="22"/>
        </w:rPr>
        <w:t>..</w:t>
      </w:r>
    </w:p>
    <w:p w14:paraId="186D279C" w14:textId="26C63D46" w:rsidR="00C72415" w:rsidRDefault="004234DA" w:rsidP="00F46FAB">
      <w:pPr>
        <w:spacing w:before="240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E-mail: ........................................................................ Telefon: ......................................................</w:t>
      </w:r>
    </w:p>
    <w:p w14:paraId="21144C89" w14:textId="3B65CDC7" w:rsidR="00AB261F" w:rsidRPr="00616A54" w:rsidRDefault="00AB261F" w:rsidP="00F46FAB">
      <w:pPr>
        <w:spacing w:before="2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Adres e - Doręczeń (ADE): AE:PL-……………………………………………………………………….</w:t>
      </w:r>
    </w:p>
    <w:p w14:paraId="2E954B96" w14:textId="5CC5C3BD" w:rsidR="00C72415" w:rsidRPr="00616A54" w:rsidRDefault="004234DA" w:rsidP="00F46FAB">
      <w:pPr>
        <w:spacing w:before="240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Osoba reprezentująca/odpowiedzialna za współpracę: ..................................................................</w:t>
      </w:r>
    </w:p>
    <w:p w14:paraId="30819102" w14:textId="29F30D51" w:rsidR="00C72415" w:rsidRPr="00616A54" w:rsidRDefault="004234DA" w:rsidP="00F46FAB">
      <w:pPr>
        <w:spacing w:before="240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Osoba upoważniona do rezerwacji: ...............................................................................................</w:t>
      </w:r>
      <w:r w:rsidR="00F46FAB">
        <w:rPr>
          <w:rFonts w:ascii="Arial" w:hAnsi="Arial" w:cs="Arial"/>
          <w:sz w:val="22"/>
        </w:rPr>
        <w:t>.</w:t>
      </w:r>
    </w:p>
    <w:p w14:paraId="75A4D98F" w14:textId="08316171" w:rsidR="00C72415" w:rsidRPr="00F46FAB" w:rsidRDefault="004234DA" w:rsidP="00F46FAB">
      <w:pPr>
        <w:spacing w:before="240"/>
        <w:rPr>
          <w:rFonts w:ascii="Arial" w:hAnsi="Arial" w:cs="Arial"/>
          <w:color w:val="000000" w:themeColor="text1"/>
          <w:sz w:val="22"/>
        </w:rPr>
      </w:pPr>
      <w:r w:rsidRPr="00616A54">
        <w:rPr>
          <w:rFonts w:ascii="Arial" w:hAnsi="Arial" w:cs="Arial"/>
          <w:sz w:val="22"/>
        </w:rPr>
        <w:t xml:space="preserve">Osoba upoważniona do odbioru kluczy: </w:t>
      </w:r>
      <w:r w:rsidRPr="00F46FAB">
        <w:rPr>
          <w:rFonts w:ascii="Arial" w:hAnsi="Arial" w:cs="Arial"/>
          <w:color w:val="000000" w:themeColor="text1"/>
          <w:sz w:val="22"/>
        </w:rPr>
        <w:t>.........................................................................................</w:t>
      </w:r>
    </w:p>
    <w:p w14:paraId="503B2900" w14:textId="77777777" w:rsidR="00C72415" w:rsidRPr="00F46FAB" w:rsidRDefault="004234DA">
      <w:pPr>
        <w:pStyle w:val="Nagwek2"/>
        <w:rPr>
          <w:rFonts w:ascii="Arial" w:hAnsi="Arial" w:cs="Arial"/>
          <w:color w:val="000000" w:themeColor="text1"/>
          <w:sz w:val="22"/>
          <w:szCs w:val="22"/>
        </w:rPr>
      </w:pPr>
      <w:r w:rsidRPr="00F46FAB">
        <w:rPr>
          <w:rFonts w:ascii="Arial" w:hAnsi="Arial" w:cs="Arial"/>
          <w:color w:val="000000" w:themeColor="text1"/>
          <w:sz w:val="22"/>
          <w:szCs w:val="22"/>
        </w:rPr>
        <w:t>Planowany sposób korzystania</w:t>
      </w:r>
    </w:p>
    <w:p w14:paraId="08A0CE21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spotkania organizacji / grupy</w:t>
      </w:r>
    </w:p>
    <w:p w14:paraId="1C107566" w14:textId="5ED40DCB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dyżury</w:t>
      </w:r>
      <w:r w:rsidR="00616A54" w:rsidRPr="00616A54">
        <w:rPr>
          <w:rFonts w:ascii="Arial" w:hAnsi="Arial" w:cs="Arial"/>
          <w:sz w:val="22"/>
        </w:rPr>
        <w:t xml:space="preserve"> dla mieszkańców</w:t>
      </w:r>
    </w:p>
    <w:p w14:paraId="3E748061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warsztaty / szkolenia</w:t>
      </w:r>
    </w:p>
    <w:p w14:paraId="166DD72B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działania wolontariackie</w:t>
      </w:r>
    </w:p>
    <w:p w14:paraId="0EE43C81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wydarzenia społeczne</w:t>
      </w:r>
    </w:p>
    <w:p w14:paraId="64F1D6F6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inne: ........................................................................</w:t>
      </w:r>
    </w:p>
    <w:p w14:paraId="2CD07AC1" w14:textId="77777777" w:rsidR="00C72415" w:rsidRPr="00F46FAB" w:rsidRDefault="004234DA">
      <w:pPr>
        <w:rPr>
          <w:rFonts w:ascii="Arial" w:hAnsi="Arial" w:cs="Arial"/>
          <w:color w:val="000000" w:themeColor="text1"/>
          <w:sz w:val="22"/>
        </w:rPr>
      </w:pPr>
      <w:r w:rsidRPr="00F46FAB">
        <w:rPr>
          <w:rFonts w:ascii="Arial" w:hAnsi="Arial" w:cs="Arial"/>
          <w:color w:val="000000" w:themeColor="text1"/>
          <w:sz w:val="22"/>
        </w:rPr>
        <w:t>Opis działalności i planowanego korzystania z Centrum:</w:t>
      </w:r>
    </w:p>
    <w:p w14:paraId="5501FA5B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</w:t>
      </w:r>
    </w:p>
    <w:p w14:paraId="47EE506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</w:t>
      </w:r>
    </w:p>
    <w:p w14:paraId="1C8F1CA4" w14:textId="74D4AF22" w:rsidR="00C72415" w:rsidRPr="00F46FAB" w:rsidRDefault="00E0673E">
      <w:pPr>
        <w:pStyle w:val="Nagwek2"/>
        <w:rPr>
          <w:rFonts w:ascii="Arial" w:hAnsi="Arial" w:cs="Arial"/>
          <w:color w:val="000000" w:themeColor="text1"/>
          <w:sz w:val="22"/>
          <w:szCs w:val="22"/>
        </w:rPr>
      </w:pPr>
      <w:r w:rsidRPr="00F46FAB">
        <w:rPr>
          <w:rFonts w:ascii="Arial" w:hAnsi="Arial" w:cs="Arial"/>
          <w:color w:val="000000" w:themeColor="text1"/>
          <w:sz w:val="22"/>
          <w:szCs w:val="22"/>
        </w:rPr>
        <w:t>Czy organizacja/ grupa inicjatywna będzie korzystać z a</w:t>
      </w:r>
      <w:r w:rsidR="004234DA" w:rsidRPr="00F46FAB">
        <w:rPr>
          <w:rFonts w:ascii="Arial" w:hAnsi="Arial" w:cs="Arial"/>
          <w:color w:val="000000" w:themeColor="text1"/>
          <w:sz w:val="22"/>
          <w:szCs w:val="22"/>
        </w:rPr>
        <w:t>dres</w:t>
      </w:r>
      <w:r w:rsidRPr="00F46FAB">
        <w:rPr>
          <w:rFonts w:ascii="Arial" w:hAnsi="Arial" w:cs="Arial"/>
          <w:color w:val="000000" w:themeColor="text1"/>
          <w:sz w:val="22"/>
          <w:szCs w:val="22"/>
        </w:rPr>
        <w:t>u</w:t>
      </w:r>
      <w:r w:rsidR="004234DA" w:rsidRPr="00F46FAB">
        <w:rPr>
          <w:rFonts w:ascii="Arial" w:hAnsi="Arial" w:cs="Arial"/>
          <w:color w:val="000000" w:themeColor="text1"/>
          <w:sz w:val="22"/>
          <w:szCs w:val="22"/>
        </w:rPr>
        <w:t xml:space="preserve"> siedziby/korespondencyjn</w:t>
      </w:r>
      <w:r w:rsidRPr="00F46FAB">
        <w:rPr>
          <w:rFonts w:ascii="Arial" w:hAnsi="Arial" w:cs="Arial"/>
          <w:color w:val="000000" w:themeColor="text1"/>
          <w:sz w:val="22"/>
          <w:szCs w:val="22"/>
        </w:rPr>
        <w:t>ego</w:t>
      </w:r>
    </w:p>
    <w:p w14:paraId="394A9346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nie dotyczy</w:t>
      </w:r>
    </w:p>
    <w:p w14:paraId="7D00BA25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adres siedziby</w:t>
      </w:r>
    </w:p>
    <w:p w14:paraId="1FF215DA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adres korespondencyjny</w:t>
      </w:r>
    </w:p>
    <w:p w14:paraId="253D2224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adres siedziby i korespondencyjny</w:t>
      </w:r>
    </w:p>
    <w:p w14:paraId="35537FAB" w14:textId="26807F22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Osoba odpowiedzialna za monitorowanie </w:t>
      </w:r>
      <w:r w:rsidR="00DF7177" w:rsidRPr="00616A54">
        <w:rPr>
          <w:rFonts w:ascii="Arial" w:hAnsi="Arial" w:cs="Arial"/>
          <w:sz w:val="22"/>
        </w:rPr>
        <w:t>korespondencji: .............................................................</w:t>
      </w:r>
    </w:p>
    <w:p w14:paraId="5F558CA0" w14:textId="56502C02" w:rsidR="00C72415" w:rsidRPr="00F46FAB" w:rsidRDefault="00DB2818">
      <w:pPr>
        <w:pStyle w:val="Nagwek2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234DA" w:rsidRPr="00F46FAB">
        <w:rPr>
          <w:rFonts w:ascii="Arial" w:hAnsi="Arial" w:cs="Arial"/>
          <w:color w:val="000000" w:themeColor="text1"/>
          <w:sz w:val="22"/>
          <w:szCs w:val="22"/>
        </w:rPr>
        <w:t>Oświadczenia</w:t>
      </w:r>
    </w:p>
    <w:p w14:paraId="7000B73B" w14:textId="77777777" w:rsidR="00C72415" w:rsidRPr="00616A54" w:rsidRDefault="004234DA">
      <w:pPr>
        <w:pStyle w:val="Listapunktowana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Zapoznałem/am się z Regulaminem i zobowiązuję się do jego przestrzegania.</w:t>
      </w:r>
    </w:p>
    <w:p w14:paraId="66823BDB" w14:textId="2A6B31F9" w:rsidR="00C72415" w:rsidRPr="00616A54" w:rsidRDefault="004234DA">
      <w:pPr>
        <w:pStyle w:val="Listapunktowana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Zobowiązuję się do dbania o sale, wyposażenie i części wspólne oraz do uporządkowania </w:t>
      </w:r>
      <w:r w:rsidR="00E0673E" w:rsidRPr="00616A54">
        <w:rPr>
          <w:rFonts w:ascii="Arial" w:hAnsi="Arial" w:cs="Arial"/>
          <w:sz w:val="22"/>
        </w:rPr>
        <w:t xml:space="preserve">każdorazowo </w:t>
      </w:r>
      <w:r w:rsidRPr="00616A54">
        <w:rPr>
          <w:rFonts w:ascii="Arial" w:hAnsi="Arial" w:cs="Arial"/>
          <w:sz w:val="22"/>
        </w:rPr>
        <w:t>miejsca po zakończeniu korzystania.</w:t>
      </w:r>
    </w:p>
    <w:p w14:paraId="2D3F3047" w14:textId="77777777" w:rsidR="00C72415" w:rsidRPr="00616A54" w:rsidRDefault="004234DA">
      <w:pPr>
        <w:pStyle w:val="Listapunktowana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lastRenderedPageBreak/>
        <w:t>Zobowiązuję się do ochrony kluczy, kodów oraz danych logowania.</w:t>
      </w:r>
    </w:p>
    <w:p w14:paraId="6C2BE6F6" w14:textId="77777777" w:rsidR="00C72415" w:rsidRPr="00616A54" w:rsidRDefault="004234DA">
      <w:pPr>
        <w:pStyle w:val="Listapunktowana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Przyjmuję do wiadomości obowiązek samodzielnego i regularnego monitorowania korespondencji, jeżeli organizacja korzysta z adresu Centrum.</w:t>
      </w:r>
    </w:p>
    <w:p w14:paraId="6B485D08" w14:textId="77777777" w:rsidR="00C72415" w:rsidRPr="00616A54" w:rsidRDefault="00C72415">
      <w:pPr>
        <w:rPr>
          <w:rFonts w:ascii="Arial" w:hAnsi="Arial" w:cs="Arial"/>
          <w:sz w:val="22"/>
        </w:rPr>
      </w:pPr>
    </w:p>
    <w:p w14:paraId="5225EAE0" w14:textId="2F422B9B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Miejscowość i data: ............................................................    Podpis: ...........................................</w:t>
      </w:r>
    </w:p>
    <w:p w14:paraId="13B06DAB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br w:type="page"/>
      </w:r>
    </w:p>
    <w:p w14:paraId="188F99C0" w14:textId="72A40886" w:rsidR="00616A54" w:rsidRPr="00616A54" w:rsidRDefault="00616A54" w:rsidP="003D0087">
      <w:pPr>
        <w:spacing w:after="240"/>
        <w:ind w:left="6480"/>
        <w:rPr>
          <w:rFonts w:ascii="Arial" w:hAnsi="Arial" w:cs="Arial"/>
          <w:sz w:val="18"/>
          <w:szCs w:val="18"/>
        </w:rPr>
      </w:pPr>
      <w:r w:rsidRPr="00616A54">
        <w:rPr>
          <w:rFonts w:ascii="Arial" w:hAnsi="Arial" w:cs="Arial"/>
          <w:sz w:val="18"/>
          <w:szCs w:val="18"/>
        </w:rPr>
        <w:lastRenderedPageBreak/>
        <w:t xml:space="preserve">Załącznik nr </w:t>
      </w:r>
      <w:r>
        <w:rPr>
          <w:rFonts w:ascii="Arial" w:hAnsi="Arial" w:cs="Arial"/>
          <w:sz w:val="18"/>
          <w:szCs w:val="18"/>
        </w:rPr>
        <w:t>3</w:t>
      </w:r>
      <w:r w:rsidRPr="00616A54">
        <w:rPr>
          <w:rFonts w:ascii="Arial" w:hAnsi="Arial" w:cs="Arial"/>
          <w:sz w:val="18"/>
          <w:szCs w:val="18"/>
        </w:rPr>
        <w:t xml:space="preserve"> do Zarządzenia </w:t>
      </w:r>
      <w:r w:rsidRPr="00616A54">
        <w:rPr>
          <w:rFonts w:ascii="Arial" w:hAnsi="Arial" w:cs="Arial"/>
          <w:sz w:val="18"/>
          <w:szCs w:val="18"/>
        </w:rPr>
        <w:br/>
      </w:r>
      <w:r w:rsidR="003D0087" w:rsidRPr="00616A54">
        <w:rPr>
          <w:rFonts w:ascii="Arial" w:hAnsi="Arial" w:cs="Arial"/>
          <w:sz w:val="18"/>
          <w:szCs w:val="18"/>
        </w:rPr>
        <w:t xml:space="preserve">Nr </w:t>
      </w:r>
      <w:r w:rsidR="003D0087">
        <w:rPr>
          <w:rFonts w:ascii="Arial" w:hAnsi="Arial" w:cs="Arial"/>
          <w:sz w:val="18"/>
          <w:szCs w:val="18"/>
        </w:rPr>
        <w:t>0050</w:t>
      </w:r>
      <w:r w:rsidR="00EC44FC">
        <w:rPr>
          <w:rFonts w:ascii="Arial" w:hAnsi="Arial" w:cs="Arial"/>
          <w:sz w:val="18"/>
          <w:szCs w:val="18"/>
        </w:rPr>
        <w:t>/334</w:t>
      </w:r>
      <w:r w:rsidR="003D0087">
        <w:rPr>
          <w:rFonts w:ascii="Arial" w:hAnsi="Arial" w:cs="Arial"/>
          <w:sz w:val="18"/>
          <w:szCs w:val="18"/>
        </w:rPr>
        <w:t>/26</w:t>
      </w:r>
      <w:r w:rsidR="003D0087" w:rsidRPr="00616A54">
        <w:rPr>
          <w:rFonts w:ascii="Arial" w:hAnsi="Arial" w:cs="Arial"/>
          <w:sz w:val="18"/>
          <w:szCs w:val="18"/>
        </w:rPr>
        <w:t xml:space="preserve"> Prezydenta Miasta </w:t>
      </w:r>
      <w:r w:rsidR="003D0087" w:rsidRPr="00616A54">
        <w:rPr>
          <w:rFonts w:ascii="Arial" w:hAnsi="Arial" w:cs="Arial"/>
          <w:sz w:val="18"/>
          <w:szCs w:val="18"/>
        </w:rPr>
        <w:br/>
        <w:t xml:space="preserve">Tychy z dnia </w:t>
      </w:r>
      <w:r w:rsidR="003D0087">
        <w:rPr>
          <w:rFonts w:ascii="Arial" w:hAnsi="Arial" w:cs="Arial"/>
          <w:sz w:val="18"/>
          <w:szCs w:val="18"/>
        </w:rPr>
        <w:t>2 listopada 2026 r.</w:t>
      </w:r>
    </w:p>
    <w:p w14:paraId="30AB6367" w14:textId="16B38E05" w:rsidR="00C72415" w:rsidRPr="00616A54" w:rsidRDefault="004234DA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POROZUMIENIE W SPRAWIE KORZYSTANIA Z ZASOBÓW</w:t>
      </w:r>
    </w:p>
    <w:p w14:paraId="3A1136F7" w14:textId="77777777" w:rsidR="00C72415" w:rsidRPr="00616A54" w:rsidRDefault="004234DA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Tyskiego Centrum Aktywności Obywatelskiej „KONTAKT”</w:t>
      </w:r>
    </w:p>
    <w:p w14:paraId="417685AF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zawarte w dniu ......................... w Tychach pomiędzy:</w:t>
      </w:r>
    </w:p>
    <w:p w14:paraId="72FCD280" w14:textId="77777777" w:rsidR="00E0673E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Miastem Tychy / </w:t>
      </w:r>
    </w:p>
    <w:p w14:paraId="7AF37040" w14:textId="1EA7583B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reprezentowanym przez .............................................................................., zwanym dalej „Centrum”,</w:t>
      </w:r>
    </w:p>
    <w:p w14:paraId="682633BE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</w:t>
      </w:r>
    </w:p>
    <w:p w14:paraId="1C9C00D4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[pełna nazwa organizacji / nazwa grupy inicjatywnej], reprezentowaną przez ........................................................................................................, zwaną dalej „Użytkownikiem”.</w:t>
      </w:r>
    </w:p>
    <w:p w14:paraId="27D881B6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1. Przedmiot Porozumienia</w:t>
      </w:r>
    </w:p>
    <w:p w14:paraId="37F4DB8A" w14:textId="74AF774B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Centrum udostępnia Użytkownikowi zasoby Centrum na zasadach określonych w Regulaminie</w:t>
      </w:r>
      <w:r w:rsidR="00634712" w:rsidRPr="00616A54">
        <w:rPr>
          <w:rFonts w:ascii="Arial" w:hAnsi="Arial" w:cs="Arial"/>
          <w:sz w:val="22"/>
        </w:rPr>
        <w:t xml:space="preserve"> Tyskiego Centrum Aktywności Obywatelskiej „KONTAKT”, stanowiącym załącznik nr 1 do </w:t>
      </w:r>
      <w:r w:rsidR="0034136A">
        <w:rPr>
          <w:rFonts w:ascii="Arial" w:hAnsi="Arial" w:cs="Arial"/>
          <w:sz w:val="22"/>
        </w:rPr>
        <w:t>z</w:t>
      </w:r>
      <w:r w:rsidR="00634712" w:rsidRPr="00616A54">
        <w:rPr>
          <w:rFonts w:ascii="Arial" w:hAnsi="Arial" w:cs="Arial"/>
          <w:sz w:val="22"/>
        </w:rPr>
        <w:t>arządzenia</w:t>
      </w:r>
      <w:r w:rsidR="001C4AE8" w:rsidRPr="00616A54">
        <w:rPr>
          <w:rFonts w:ascii="Arial" w:hAnsi="Arial" w:cs="Arial"/>
          <w:sz w:val="22"/>
        </w:rPr>
        <w:t>.</w:t>
      </w:r>
    </w:p>
    <w:p w14:paraId="79520302" w14:textId="782C2E45" w:rsidR="00634712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W zakresie nieokreślonym niniejszym Porozumieniem, bezpośrednie zastosowanie znajdują odpowiednie zapisy Regulaminu.</w:t>
      </w:r>
    </w:p>
    <w:p w14:paraId="17117DD6" w14:textId="4FD637E2" w:rsidR="00634712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Użytkownik oświadcza, że przed zawarciem niniejszego Porozumienia zapoznał się z treścią Regulaminu i zobowiązuje się do jego stosowania. W przypadku wprowadzenia zmian w Regulaminie, Centrum zobowiązuje się do poinformowania Użytkownika o nowej treści lub zmianach w Regulaminie poprzez wysłanie wiadomości na następujący adres e-mail Użytkownika: ………</w:t>
      </w:r>
      <w:r w:rsidR="003D0087">
        <w:rPr>
          <w:rFonts w:ascii="Arial" w:hAnsi="Arial" w:cs="Arial"/>
          <w:sz w:val="22"/>
        </w:rPr>
        <w:t>………</w:t>
      </w:r>
      <w:r w:rsidR="003D0087" w:rsidRPr="00616A54">
        <w:rPr>
          <w:rFonts w:ascii="Arial" w:hAnsi="Arial" w:cs="Arial"/>
          <w:sz w:val="22"/>
        </w:rPr>
        <w:t>……</w:t>
      </w:r>
      <w:r w:rsidRPr="00616A54">
        <w:rPr>
          <w:rFonts w:ascii="Arial" w:hAnsi="Arial" w:cs="Arial"/>
          <w:sz w:val="22"/>
        </w:rPr>
        <w:t>, ze skutkiem doręczenia od dnia wpływu wiadomości Centrum na skrzynkę e-mail Użytkownika. Od dnia następującego po doręczeniu nowej treści lub zmian w Regulaminie, Użytkownik zobowiązuje się do ich stosowania.</w:t>
      </w:r>
    </w:p>
    <w:p w14:paraId="47970E5B" w14:textId="24C624F8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</w:t>
      </w:r>
      <w:r w:rsidR="004234DA" w:rsidRPr="00616A54">
        <w:rPr>
          <w:rFonts w:ascii="Arial" w:hAnsi="Arial" w:cs="Arial"/>
          <w:sz w:val="22"/>
        </w:rPr>
        <w:t>. Zakres udostępnienia obejmuje: ........................................................................................................</w:t>
      </w:r>
    </w:p>
    <w:p w14:paraId="090E8F01" w14:textId="3B80FF0E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5</w:t>
      </w:r>
      <w:r w:rsidR="004234DA" w:rsidRPr="00616A54">
        <w:rPr>
          <w:rFonts w:ascii="Arial" w:hAnsi="Arial" w:cs="Arial"/>
          <w:sz w:val="22"/>
        </w:rPr>
        <w:t>. Porozumienie nie daje Użytkownikowi prawa do wyłącznego korzystania z Centrum poza potwierdzonymi rezerwacjami.</w:t>
      </w:r>
    </w:p>
    <w:p w14:paraId="0E90D9F4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2. Czas obowiązywania</w:t>
      </w:r>
    </w:p>
    <w:p w14:paraId="66062F25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Porozumienie zawiera się na okres od ......................... do ......................... / na czas nieokreślony* (*niepotrzebne skreślić).</w:t>
      </w:r>
    </w:p>
    <w:p w14:paraId="164B7F8D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3. Rezerwacje i dostęp</w:t>
      </w:r>
    </w:p>
    <w:p w14:paraId="69690748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Użytkownik dokonuje rezerwacji za pośrednictwem systemu dostępnego na stronie razemtychy.pl.</w:t>
      </w:r>
    </w:p>
    <w:p w14:paraId="7EE138AC" w14:textId="5493A240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Klucze, kody oraz dane logowania są chronione przed dostępem osób nieuprawnionych.</w:t>
      </w:r>
    </w:p>
    <w:p w14:paraId="21481459" w14:textId="1B4CE842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4. Korzystanie poza godzinami pracy Urzędu odbywa się zgodnie z Regulaminem</w:t>
      </w:r>
      <w:r w:rsidR="00E0673E" w:rsidRPr="00616A54">
        <w:rPr>
          <w:rFonts w:ascii="Arial" w:hAnsi="Arial" w:cs="Arial"/>
          <w:sz w:val="22"/>
        </w:rPr>
        <w:t>.</w:t>
      </w:r>
    </w:p>
    <w:p w14:paraId="65416987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4. Odpowiedzialność</w:t>
      </w:r>
    </w:p>
    <w:p w14:paraId="197A6006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Użytkownik zobowiązuje się do przestrzegania Regulaminu.</w:t>
      </w:r>
    </w:p>
    <w:p w14:paraId="06C282F3" w14:textId="49A60C02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lastRenderedPageBreak/>
        <w:t>2. Użytkownik odpowiada za szkody powstałe z przyczyn leżących po jego stronie</w:t>
      </w:r>
      <w:r w:rsidR="004D2527" w:rsidRPr="00616A54">
        <w:rPr>
          <w:rFonts w:ascii="Arial" w:hAnsi="Arial" w:cs="Arial"/>
          <w:sz w:val="22"/>
        </w:rPr>
        <w:t>.</w:t>
      </w:r>
    </w:p>
    <w:p w14:paraId="58ECED1B" w14:textId="611B6511" w:rsidR="00D56CAB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3. Użytkownik odpowiada za zachowanie uczestników działań organizowanych przez siebie w zakresie określonym w Regulaminie.</w:t>
      </w:r>
    </w:p>
    <w:p w14:paraId="2ECA6439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5. Adres siedziby / korespondencyjny</w:t>
      </w:r>
    </w:p>
    <w:p w14:paraId="2573B51A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nie dotyczy</w:t>
      </w:r>
    </w:p>
    <w:p w14:paraId="62F76A7A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adres siedziby</w:t>
      </w:r>
    </w:p>
    <w:p w14:paraId="48BCC7D3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adres korespondencyjny</w:t>
      </w:r>
    </w:p>
    <w:p w14:paraId="0D4ACD03" w14:textId="77777777" w:rsidR="00C72415" w:rsidRPr="00616A54" w:rsidRDefault="004234DA" w:rsidP="00616A54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2"/>
        </w:rPr>
      </w:pPr>
      <w:r w:rsidRPr="00616A54">
        <w:rPr>
          <w:rFonts w:ascii="Segoe UI Symbol" w:hAnsi="Segoe UI Symbol" w:cs="Segoe UI Symbol"/>
          <w:sz w:val="22"/>
        </w:rPr>
        <w:t>☐</w:t>
      </w:r>
      <w:r w:rsidRPr="00616A54">
        <w:rPr>
          <w:rFonts w:ascii="Arial" w:hAnsi="Arial" w:cs="Arial"/>
          <w:sz w:val="22"/>
        </w:rPr>
        <w:t xml:space="preserve"> oba adresy</w:t>
      </w:r>
    </w:p>
    <w:p w14:paraId="09A79A06" w14:textId="77777777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Organizacja zobowiązuje się do samodzielnego i regularnego monitorowania miejsca przeznaczonego na korespondencję oraz do odbioru korespondencji bez zbędnej zwłoki.</w:t>
      </w:r>
    </w:p>
    <w:p w14:paraId="7DCC98EA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6. Rozwiązanie Porozumienia</w:t>
      </w:r>
    </w:p>
    <w:p w14:paraId="2D1346D0" w14:textId="198550F3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1. Porozumienie może zostać rozwiązane </w:t>
      </w:r>
      <w:r w:rsidR="00634712" w:rsidRPr="00616A54">
        <w:rPr>
          <w:rFonts w:ascii="Arial" w:hAnsi="Arial" w:cs="Arial"/>
          <w:sz w:val="22"/>
        </w:rPr>
        <w:t>z jednomiesięcznym okresem wypowiedzenia, ze skutkiem na koniec miesiąca kalendarzowego.</w:t>
      </w:r>
    </w:p>
    <w:p w14:paraId="7C3D0BCF" w14:textId="6144AD13" w:rsidR="00634712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2. Centrum może rozwiązać Porozumienie w trybie natychmiastowym w przypadku naruszenia zapisów Regulaminu przez Użytkownika lub uczestników działań organizowanych przez Użytkownika, w szczególności w przypadku stwierdzenia naruszenia jakiegokolwiek z zapisów § 10 - 13 Regulaminu.</w:t>
      </w:r>
    </w:p>
    <w:p w14:paraId="57907280" w14:textId="28155970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3</w:t>
      </w:r>
      <w:r w:rsidR="004234DA" w:rsidRPr="00616A54">
        <w:rPr>
          <w:rFonts w:ascii="Arial" w:hAnsi="Arial" w:cs="Arial"/>
          <w:sz w:val="22"/>
        </w:rPr>
        <w:t>. Zakończenie Porozumienia powo</w:t>
      </w:r>
      <w:bookmarkStart w:id="0" w:name="_GoBack"/>
      <w:bookmarkEnd w:id="0"/>
      <w:r w:rsidR="004234DA" w:rsidRPr="00616A54">
        <w:rPr>
          <w:rFonts w:ascii="Arial" w:hAnsi="Arial" w:cs="Arial"/>
          <w:sz w:val="22"/>
        </w:rPr>
        <w:t>duje wygaśnięcie prawa do korzystania z sal, konta rezerwacyjnego, k</w:t>
      </w:r>
      <w:r w:rsidR="004D2527" w:rsidRPr="00616A54">
        <w:rPr>
          <w:rFonts w:ascii="Arial" w:hAnsi="Arial" w:cs="Arial"/>
          <w:sz w:val="22"/>
        </w:rPr>
        <w:t>luczy</w:t>
      </w:r>
      <w:r w:rsidR="004234DA" w:rsidRPr="00616A54">
        <w:rPr>
          <w:rFonts w:ascii="Arial" w:hAnsi="Arial" w:cs="Arial"/>
          <w:sz w:val="22"/>
        </w:rPr>
        <w:t xml:space="preserve"> oraz – jeżeli dotyczy – adresu Centrum.</w:t>
      </w:r>
    </w:p>
    <w:p w14:paraId="5B8589A4" w14:textId="274A7485" w:rsidR="00C72415" w:rsidRPr="00616A54" w:rsidRDefault="00634712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4</w:t>
      </w:r>
      <w:r w:rsidR="004234DA" w:rsidRPr="00616A54">
        <w:rPr>
          <w:rFonts w:ascii="Arial" w:hAnsi="Arial" w:cs="Arial"/>
          <w:sz w:val="22"/>
        </w:rPr>
        <w:t>. Użytkownik usuwa swoje rzeczy z Centrum w terminie uzgodnionym z Centrum.</w:t>
      </w:r>
    </w:p>
    <w:p w14:paraId="2CFE3D0F" w14:textId="77777777" w:rsidR="00C72415" w:rsidRPr="003D0087" w:rsidRDefault="004234DA" w:rsidP="00E0673E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7. Postanowienia końcowe</w:t>
      </w:r>
    </w:p>
    <w:p w14:paraId="3079322E" w14:textId="4B6A959D" w:rsidR="00C72415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1. Integralną część Porozumienia stanowi Regulamin</w:t>
      </w:r>
      <w:r w:rsidR="00D56CAB" w:rsidRPr="00616A54">
        <w:rPr>
          <w:rFonts w:ascii="Arial" w:hAnsi="Arial" w:cs="Arial"/>
          <w:sz w:val="22"/>
        </w:rPr>
        <w:t>, Klauzula Informacyjna oraz Zasady korzystania z sieci bezprzewodowej</w:t>
      </w:r>
      <w:r w:rsidR="004D2527" w:rsidRPr="00616A54">
        <w:rPr>
          <w:rFonts w:ascii="Arial" w:hAnsi="Arial" w:cs="Arial"/>
          <w:sz w:val="22"/>
        </w:rPr>
        <w:t>.</w:t>
      </w:r>
    </w:p>
    <w:p w14:paraId="2BE9C038" w14:textId="22A53386" w:rsidR="000672B6" w:rsidRPr="000672B6" w:rsidRDefault="000672B6" w:rsidP="000672B6">
      <w:pPr>
        <w:rPr>
          <w:rFonts w:ascii="Arial" w:hAnsi="Arial" w:cs="Arial"/>
          <w:sz w:val="22"/>
        </w:rPr>
      </w:pPr>
      <w:r w:rsidRPr="000672B6">
        <w:rPr>
          <w:rFonts w:ascii="Arial" w:hAnsi="Arial" w:cs="Arial"/>
          <w:sz w:val="22"/>
        </w:rPr>
        <w:t xml:space="preserve">2. </w:t>
      </w:r>
      <w:r w:rsidRPr="006D33E2">
        <w:rPr>
          <w:rFonts w:ascii="Arial" w:hAnsi="Arial" w:cs="Arial"/>
          <w:sz w:val="22"/>
        </w:rPr>
        <w:t>W przypadku publikowania informacji oraz materiałów promocyjnych (w tym w mediach społecznościowych, prasie, radiu, na plakatach, ulotkach itp.) dotyczących zadań (w tym spotkań, warsztatów, dyżurów, zajęć) realizowanych w przestrzeni Tyskiego Centrum Aktywności Obywatelskiej „KONTAKT” i skierowanych do mieszkańców, Organizator zobowiązany jest do każdorazowego umieszczenia logo Centrum na tych materiałach.</w:t>
      </w:r>
    </w:p>
    <w:p w14:paraId="3486DE5C" w14:textId="1344EE0D" w:rsidR="00C72415" w:rsidRPr="00616A54" w:rsidRDefault="000672B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</w:t>
      </w:r>
      <w:r w:rsidR="004234DA" w:rsidRPr="00616A54">
        <w:rPr>
          <w:rFonts w:ascii="Arial" w:hAnsi="Arial" w:cs="Arial"/>
          <w:sz w:val="22"/>
        </w:rPr>
        <w:t xml:space="preserve">. Zmiany Porozumienia wymagają formy </w:t>
      </w:r>
      <w:r w:rsidR="004D2527" w:rsidRPr="00616A54">
        <w:rPr>
          <w:rFonts w:ascii="Arial" w:hAnsi="Arial" w:cs="Arial"/>
          <w:sz w:val="22"/>
        </w:rPr>
        <w:t>pisemnej.</w:t>
      </w:r>
    </w:p>
    <w:p w14:paraId="350D4C7C" w14:textId="3441324B" w:rsidR="00C72415" w:rsidRPr="00616A54" w:rsidRDefault="000672B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</w:t>
      </w:r>
      <w:r w:rsidR="004234DA" w:rsidRPr="00616A54">
        <w:rPr>
          <w:rFonts w:ascii="Arial" w:hAnsi="Arial" w:cs="Arial"/>
          <w:sz w:val="22"/>
        </w:rPr>
        <w:t>. W sprawach nieuregulowanych stosuje się obowiązujące przepisy prawa.</w:t>
      </w:r>
    </w:p>
    <w:p w14:paraId="5A3BFB73" w14:textId="77777777" w:rsidR="00C72415" w:rsidRPr="00616A54" w:rsidRDefault="00C72415">
      <w:pPr>
        <w:rPr>
          <w:rFonts w:ascii="Arial" w:hAnsi="Arial" w:cs="Arial"/>
          <w:sz w:val="22"/>
        </w:rPr>
      </w:pPr>
    </w:p>
    <w:p w14:paraId="4A2A52C7" w14:textId="6181664B" w:rsidR="00C72415" w:rsidRPr="00616A54" w:rsidRDefault="004234DA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CENTRUM: ............................................................    UŻYTKOWNIK: ...........................................</w:t>
      </w:r>
    </w:p>
    <w:p w14:paraId="53283C7F" w14:textId="77777777" w:rsidR="00F5545C" w:rsidRPr="00616A54" w:rsidRDefault="00F5545C">
      <w:pPr>
        <w:rPr>
          <w:rFonts w:ascii="Arial" w:hAnsi="Arial" w:cs="Arial"/>
          <w:sz w:val="22"/>
        </w:rPr>
      </w:pPr>
    </w:p>
    <w:p w14:paraId="75F5EBA2" w14:textId="77777777" w:rsidR="00F5545C" w:rsidRPr="00616A54" w:rsidRDefault="00F5545C">
      <w:pPr>
        <w:rPr>
          <w:rFonts w:ascii="Arial" w:hAnsi="Arial" w:cs="Arial"/>
          <w:sz w:val="22"/>
        </w:rPr>
      </w:pPr>
    </w:p>
    <w:p w14:paraId="00C3E3E8" w14:textId="77777777" w:rsidR="00F5545C" w:rsidRPr="00616A54" w:rsidRDefault="00F5545C">
      <w:pPr>
        <w:rPr>
          <w:rFonts w:ascii="Arial" w:hAnsi="Arial" w:cs="Arial"/>
          <w:sz w:val="22"/>
        </w:rPr>
      </w:pPr>
    </w:p>
    <w:p w14:paraId="197F7C4B" w14:textId="77777777" w:rsidR="00F5545C" w:rsidRPr="00616A54" w:rsidRDefault="00F5545C">
      <w:pPr>
        <w:rPr>
          <w:rFonts w:ascii="Arial" w:hAnsi="Arial" w:cs="Arial"/>
          <w:sz w:val="22"/>
        </w:rPr>
      </w:pPr>
    </w:p>
    <w:p w14:paraId="4E328D0F" w14:textId="77777777" w:rsidR="00F5545C" w:rsidRPr="00616A54" w:rsidRDefault="00F5545C">
      <w:pPr>
        <w:rPr>
          <w:rFonts w:ascii="Arial" w:hAnsi="Arial" w:cs="Arial"/>
          <w:sz w:val="22"/>
        </w:rPr>
      </w:pPr>
    </w:p>
    <w:p w14:paraId="7FB6505B" w14:textId="77777777" w:rsidR="001C4AE8" w:rsidRPr="00616A54" w:rsidRDefault="001C4AE8">
      <w:pPr>
        <w:rPr>
          <w:rFonts w:ascii="Arial" w:hAnsi="Arial" w:cs="Arial"/>
          <w:sz w:val="22"/>
        </w:rPr>
      </w:pPr>
    </w:p>
    <w:p w14:paraId="2735369B" w14:textId="77E784B3" w:rsidR="00616A54" w:rsidRPr="00616A54" w:rsidRDefault="00616A54" w:rsidP="00616A54">
      <w:pPr>
        <w:jc w:val="right"/>
        <w:rPr>
          <w:rFonts w:ascii="Arial" w:hAnsi="Arial" w:cs="Arial"/>
          <w:sz w:val="18"/>
          <w:szCs w:val="18"/>
        </w:rPr>
      </w:pPr>
      <w:r w:rsidRPr="00616A54">
        <w:rPr>
          <w:rFonts w:ascii="Arial" w:hAnsi="Arial" w:cs="Arial"/>
          <w:sz w:val="18"/>
          <w:szCs w:val="18"/>
        </w:rPr>
        <w:lastRenderedPageBreak/>
        <w:t xml:space="preserve">Załącznik nr </w:t>
      </w:r>
      <w:r>
        <w:rPr>
          <w:rFonts w:ascii="Arial" w:hAnsi="Arial" w:cs="Arial"/>
          <w:sz w:val="18"/>
          <w:szCs w:val="18"/>
        </w:rPr>
        <w:t>4</w:t>
      </w:r>
      <w:r w:rsidRPr="00616A54">
        <w:rPr>
          <w:rFonts w:ascii="Arial" w:hAnsi="Arial" w:cs="Arial"/>
          <w:sz w:val="18"/>
          <w:szCs w:val="18"/>
        </w:rPr>
        <w:t xml:space="preserve"> do Zarządzenia </w:t>
      </w:r>
      <w:r w:rsidRPr="00616A54">
        <w:rPr>
          <w:rFonts w:ascii="Arial" w:hAnsi="Arial" w:cs="Arial"/>
          <w:sz w:val="18"/>
          <w:szCs w:val="18"/>
        </w:rPr>
        <w:br/>
      </w:r>
      <w:r w:rsidR="003D0087" w:rsidRPr="00616A54">
        <w:rPr>
          <w:rFonts w:ascii="Arial" w:hAnsi="Arial" w:cs="Arial"/>
          <w:sz w:val="18"/>
          <w:szCs w:val="18"/>
        </w:rPr>
        <w:t xml:space="preserve">Nr </w:t>
      </w:r>
      <w:r w:rsidR="00EC44FC">
        <w:rPr>
          <w:rFonts w:ascii="Arial" w:hAnsi="Arial" w:cs="Arial"/>
          <w:sz w:val="18"/>
          <w:szCs w:val="18"/>
        </w:rPr>
        <w:t>0050/334</w:t>
      </w:r>
      <w:r w:rsidR="003D0087">
        <w:rPr>
          <w:rFonts w:ascii="Arial" w:hAnsi="Arial" w:cs="Arial"/>
          <w:sz w:val="18"/>
          <w:szCs w:val="18"/>
        </w:rPr>
        <w:t>/26</w:t>
      </w:r>
      <w:r w:rsidR="003D0087" w:rsidRPr="00616A54">
        <w:rPr>
          <w:rFonts w:ascii="Arial" w:hAnsi="Arial" w:cs="Arial"/>
          <w:sz w:val="18"/>
          <w:szCs w:val="18"/>
        </w:rPr>
        <w:t xml:space="preserve"> Prezydenta Miasta </w:t>
      </w:r>
      <w:r w:rsidR="003D0087" w:rsidRPr="00616A54">
        <w:rPr>
          <w:rFonts w:ascii="Arial" w:hAnsi="Arial" w:cs="Arial"/>
          <w:sz w:val="18"/>
          <w:szCs w:val="18"/>
        </w:rPr>
        <w:br/>
        <w:t xml:space="preserve">Tychy z dnia </w:t>
      </w:r>
      <w:r w:rsidR="003D0087">
        <w:rPr>
          <w:rFonts w:ascii="Arial" w:hAnsi="Arial" w:cs="Arial"/>
          <w:sz w:val="18"/>
          <w:szCs w:val="18"/>
        </w:rPr>
        <w:t>2 listopada 2026 r.</w:t>
      </w:r>
    </w:p>
    <w:p w14:paraId="79409C96" w14:textId="77777777" w:rsidR="00616A54" w:rsidRDefault="00616A54" w:rsidP="00F5545C">
      <w:pPr>
        <w:spacing w:after="0"/>
        <w:jc w:val="center"/>
        <w:rPr>
          <w:rFonts w:ascii="Arial" w:hAnsi="Arial" w:cs="Arial"/>
          <w:b/>
          <w:sz w:val="22"/>
        </w:rPr>
      </w:pPr>
    </w:p>
    <w:p w14:paraId="7A070543" w14:textId="31ADF299" w:rsidR="00F5545C" w:rsidRPr="00616A54" w:rsidRDefault="00F5545C" w:rsidP="00F5545C">
      <w:pPr>
        <w:spacing w:after="0"/>
        <w:jc w:val="center"/>
        <w:rPr>
          <w:rFonts w:ascii="Arial" w:hAnsi="Arial" w:cs="Arial"/>
          <w:b/>
          <w:sz w:val="22"/>
        </w:rPr>
      </w:pPr>
      <w:r w:rsidRPr="00616A54">
        <w:rPr>
          <w:rFonts w:ascii="Arial" w:hAnsi="Arial" w:cs="Arial"/>
          <w:b/>
          <w:sz w:val="22"/>
        </w:rPr>
        <w:t>ZASADY KORZYSTANIA Z DOSTĘPU DO SIECI BEZPRZEOWDOWEJ</w:t>
      </w:r>
      <w:r w:rsidRPr="00616A54">
        <w:rPr>
          <w:rFonts w:ascii="Arial" w:hAnsi="Arial" w:cs="Arial"/>
          <w:b/>
          <w:sz w:val="22"/>
        </w:rPr>
        <w:br/>
        <w:t xml:space="preserve">przez podmioty korzystające z pomieszczeń udostępnianych przez </w:t>
      </w:r>
    </w:p>
    <w:p w14:paraId="7A61E295" w14:textId="77777777" w:rsidR="00F5545C" w:rsidRPr="00616A54" w:rsidRDefault="00F5545C" w:rsidP="00F5545C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Wydział Rozwoju Aktywności Obywatelskiej</w:t>
      </w:r>
    </w:p>
    <w:p w14:paraId="183E6917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POSTANOWIENIA OGÓLNE</w:t>
      </w:r>
    </w:p>
    <w:p w14:paraId="2D524DAE" w14:textId="77777777" w:rsidR="00F5545C" w:rsidRPr="00616A54" w:rsidRDefault="00F5545C" w:rsidP="00F5545C">
      <w:pPr>
        <w:pStyle w:val="Akapitzlist"/>
        <w:numPr>
          <w:ilvl w:val="0"/>
          <w:numId w:val="1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Niniejszy Regulamin określa zasady korzystania z wydzielonej sieci bezprzewodowej udostępnianej przez Centrum Usług Wspólnych Miasta Tychy, zwaną dalej „Administratorem”, podmiotom korzystającym z pomieszczeń pozostających w dyspozycji Wydziału Rozwoju Aktywności Obywatelskiej Urzędu Miasta Tychy.</w:t>
      </w:r>
    </w:p>
    <w:p w14:paraId="497ADA23" w14:textId="77777777" w:rsidR="00F5545C" w:rsidRPr="00616A54" w:rsidRDefault="00F5545C" w:rsidP="00F5545C">
      <w:pPr>
        <w:pStyle w:val="Akapitzlist"/>
        <w:numPr>
          <w:ilvl w:val="0"/>
          <w:numId w:val="1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Dostęp do sieci jest udostępniany nieodpłatnie i pozostaje związany z korzystaniem </w:t>
      </w:r>
      <w:r w:rsidRPr="00616A54">
        <w:rPr>
          <w:rFonts w:ascii="Arial" w:hAnsi="Arial" w:cs="Arial"/>
          <w:sz w:val="22"/>
        </w:rPr>
        <w:br/>
        <w:t>z udostępnianych pomieszczeń.</w:t>
      </w:r>
    </w:p>
    <w:p w14:paraId="090F46F6" w14:textId="77777777" w:rsidR="00F5545C" w:rsidRPr="00616A54" w:rsidRDefault="00F5545C" w:rsidP="00F5545C">
      <w:pPr>
        <w:pStyle w:val="Akapitzlist"/>
        <w:numPr>
          <w:ilvl w:val="0"/>
          <w:numId w:val="1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Celem Regulaminu jest określenie zasad bezpiecznego korzystania z sieci oraz ochrona infrastruktury teleinformatycznej Administratora przed nieuprawnionym dostępem, zakłóceniami </w:t>
      </w:r>
      <w:r w:rsidRPr="00616A54">
        <w:rPr>
          <w:rFonts w:ascii="Arial" w:hAnsi="Arial" w:cs="Arial"/>
          <w:sz w:val="22"/>
        </w:rPr>
        <w:br/>
        <w:t>i wykorzystaniem niezgodnym z prawem.</w:t>
      </w:r>
    </w:p>
    <w:p w14:paraId="2A220178" w14:textId="77777777" w:rsidR="00F5545C" w:rsidRPr="00616A54" w:rsidRDefault="00F5545C" w:rsidP="00F5545C">
      <w:pPr>
        <w:pStyle w:val="Akapitzlist"/>
        <w:numPr>
          <w:ilvl w:val="0"/>
          <w:numId w:val="1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Korzystanie z dostępu do sieci oznacza akceptację postanowień Regulaminu na zasadach w nim określonych.</w:t>
      </w:r>
    </w:p>
    <w:p w14:paraId="759F119C" w14:textId="77777777" w:rsidR="00F5545C" w:rsidRPr="00616A54" w:rsidRDefault="00F5545C" w:rsidP="00F5545C">
      <w:pPr>
        <w:pStyle w:val="Akapitzlist"/>
        <w:numPr>
          <w:ilvl w:val="0"/>
          <w:numId w:val="10"/>
        </w:numPr>
        <w:tabs>
          <w:tab w:val="left" w:pos="460"/>
        </w:tabs>
        <w:spacing w:after="80" w:line="276" w:lineRule="auto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Sieć, o której mowa w Regulaminie, ma charakter niepubliczny oraz pomocniczy względem korzystania z udostępnianych pomieszczeń. Szczegółowe zasady kwalifikacji sieci określa § 2.</w:t>
      </w:r>
    </w:p>
    <w:p w14:paraId="727396A3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1. DEFINICJE</w:t>
      </w:r>
    </w:p>
    <w:p w14:paraId="5766ECEA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– Centrum Usług Wspólnych Miasta Tychy.</w:t>
      </w:r>
    </w:p>
    <w:p w14:paraId="229BB709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Sieć – wydzielona bezprzewodowa sieć komputerowa Wi</w:t>
      </w:r>
      <w:r w:rsidRPr="00616A54">
        <w:rPr>
          <w:rFonts w:ascii="Cambria Math" w:hAnsi="Cambria Math" w:cs="Cambria Math"/>
          <w:sz w:val="22"/>
        </w:rPr>
        <w:t>‑</w:t>
      </w:r>
      <w:r w:rsidRPr="00616A54">
        <w:rPr>
          <w:rFonts w:ascii="Arial" w:hAnsi="Arial" w:cs="Arial"/>
          <w:sz w:val="22"/>
        </w:rPr>
        <w:t>Fi udostępniana przez Administratora uprawnionym użytkownikom.</w:t>
      </w:r>
    </w:p>
    <w:p w14:paraId="4AC98892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Użytkownik – osoba uprawniona do korzystania z sieci na zasadach określonych w Regulaminie.</w:t>
      </w:r>
    </w:p>
    <w:p w14:paraId="30891AA3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Podmiot korzystający z pomieszczeń – podmiot posiadający tytuł prawny lub inne uprawnienie do korzystania z pomieszczeń udostępnianych przez Wydział Rozwoju Aktywności Obywatelskiej Urzędu Miasta Tychy.</w:t>
      </w:r>
    </w:p>
    <w:p w14:paraId="16CFB1A4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Dane dostępowe – dane służące do uwierzytelnienia w sieci, w szczególności hasło, login lub inne dane uwierzytelniające.</w:t>
      </w:r>
    </w:p>
    <w:p w14:paraId="38DE8C90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Urządzenie – urządzenie końcowe wykorzystywane przez Użytkownika do korzystania z sieci.</w:t>
      </w:r>
    </w:p>
    <w:p w14:paraId="4CC33BB1" w14:textId="77777777" w:rsidR="00F5545C" w:rsidRPr="00616A54" w:rsidRDefault="00F5545C" w:rsidP="00F5545C">
      <w:pPr>
        <w:pStyle w:val="Akapitzlist"/>
        <w:numPr>
          <w:ilvl w:val="0"/>
          <w:numId w:val="11"/>
        </w:numPr>
        <w:tabs>
          <w:tab w:val="left" w:pos="460"/>
        </w:tabs>
        <w:spacing w:after="80" w:line="276" w:lineRule="auto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Sieć niepubliczna – sieć, do której dostęp jest ograniczony do zamkniętego, każdorazowo określonego i możliwego do zidentyfikowania kręgu Użytkowników, i która nie jest udostępniana nieokreślonemu kręgowi odbiorców, w rozumieniu ustawy z dnia 12 lipca 2024 r. – Prawo komunikacji elektronicznej.</w:t>
      </w:r>
    </w:p>
    <w:p w14:paraId="78D5C4CC" w14:textId="77777777" w:rsidR="00F5545C" w:rsidRPr="00616A54" w:rsidRDefault="00F5545C" w:rsidP="00F5545C">
      <w:pPr>
        <w:pStyle w:val="Akapitzlist"/>
        <w:numPr>
          <w:ilvl w:val="0"/>
          <w:numId w:val="1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może stosować dodatkowe definicje wynikające z używanych rozwiązań technicznych.</w:t>
      </w:r>
    </w:p>
    <w:p w14:paraId="3BEBBB99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2. ZAKRES I CHARAKTER UDOSTĘPNIANEGO DOSTĘPU</w:t>
      </w:r>
    </w:p>
    <w:p w14:paraId="5D88AF3A" w14:textId="77777777" w:rsidR="00F5545C" w:rsidRPr="00616A54" w:rsidRDefault="00F5545C" w:rsidP="00F5545C">
      <w:pPr>
        <w:pStyle w:val="Akapitzlist"/>
        <w:numPr>
          <w:ilvl w:val="0"/>
          <w:numId w:val="1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Administrator umożliwia uprawnionym Użytkownikom korzystanie z dostępu do sieci w związku </w:t>
      </w:r>
      <w:r w:rsidRPr="00616A54">
        <w:rPr>
          <w:rFonts w:ascii="Arial" w:hAnsi="Arial" w:cs="Arial"/>
          <w:sz w:val="22"/>
        </w:rPr>
        <w:br/>
      </w:r>
      <w:r w:rsidRPr="00616A54">
        <w:rPr>
          <w:rFonts w:ascii="Arial" w:hAnsi="Arial" w:cs="Arial"/>
          <w:sz w:val="22"/>
        </w:rPr>
        <w:lastRenderedPageBreak/>
        <w:t>z korzystaniem z pomieszczeń udostępnianych przez Wydział Rozwoju Aktywności Obywatelskiej.</w:t>
      </w:r>
    </w:p>
    <w:p w14:paraId="5FB72B52" w14:textId="77777777" w:rsidR="00F5545C" w:rsidRPr="00616A54" w:rsidRDefault="00F5545C" w:rsidP="00F5545C">
      <w:pPr>
        <w:pStyle w:val="Akapitzlist"/>
        <w:numPr>
          <w:ilvl w:val="0"/>
          <w:numId w:val="1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do sieci jest nieodpłatny i ma charakter pomocniczy względem podstawowego celu, jakim jest korzystanie z udostępnianych pomieszczeń.</w:t>
      </w:r>
    </w:p>
    <w:p w14:paraId="1105CE2C" w14:textId="77777777" w:rsidR="00F5545C" w:rsidRPr="00616A54" w:rsidRDefault="00F5545C" w:rsidP="00F5545C">
      <w:pPr>
        <w:pStyle w:val="Akapitzlist"/>
        <w:numPr>
          <w:ilvl w:val="0"/>
          <w:numId w:val="1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do sieci nie stanowi odrębnego świadczenia odpłatnego.</w:t>
      </w:r>
    </w:p>
    <w:p w14:paraId="26C3183F" w14:textId="77777777" w:rsidR="00F5545C" w:rsidRPr="00616A54" w:rsidRDefault="00F5545C" w:rsidP="00F5545C">
      <w:pPr>
        <w:pStyle w:val="Akapitzlist"/>
        <w:numPr>
          <w:ilvl w:val="0"/>
          <w:numId w:val="1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Sieć służy w szczególności do korzystania z zasobów Internetu.</w:t>
      </w:r>
    </w:p>
    <w:p w14:paraId="2585ED73" w14:textId="77777777" w:rsidR="00F5545C" w:rsidRPr="00616A54" w:rsidRDefault="00F5545C" w:rsidP="00F5545C">
      <w:pPr>
        <w:pStyle w:val="Akapitzlist"/>
        <w:numPr>
          <w:ilvl w:val="0"/>
          <w:numId w:val="1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do sieci nie obejmuje dostępu do wewnętrznych zasobów, systemów, urządzeń ani usług teleinformatycznych Administratora, chyba że Administrator wyraźnie postanowi inaczej.</w:t>
      </w:r>
    </w:p>
    <w:p w14:paraId="1DF30FF9" w14:textId="25557C68" w:rsidR="00F5545C" w:rsidRPr="00616A54" w:rsidRDefault="00F5545C" w:rsidP="00F5545C">
      <w:pPr>
        <w:pStyle w:val="Akapitzlist"/>
        <w:numPr>
          <w:ilvl w:val="0"/>
          <w:numId w:val="12"/>
        </w:numPr>
        <w:tabs>
          <w:tab w:val="left" w:pos="460"/>
        </w:tabs>
        <w:spacing w:after="80" w:line="276" w:lineRule="auto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Sieć oraz udostępniany na jej podstawie dostęp nie stanowią sieci publicznej ani usługi publicznie dostępnej w rozumieniu ustawy z dnia 12 lipca 2024 r. – Prawo komunikacji elektronicznej. Dostęp do sieci jest bowiem ograniczony do zamkniętego, każdorazowo określonego kręgu Użytkowników, powiązanego z korzystaniem z udostępnianych </w:t>
      </w:r>
      <w:r w:rsidR="001E249A" w:rsidRPr="00616A54">
        <w:rPr>
          <w:rFonts w:ascii="Arial" w:hAnsi="Arial" w:cs="Arial"/>
          <w:sz w:val="22"/>
        </w:rPr>
        <w:t>pomieszczeń</w:t>
      </w:r>
      <w:r w:rsidRPr="00616A54">
        <w:rPr>
          <w:rFonts w:ascii="Arial" w:hAnsi="Arial" w:cs="Arial"/>
          <w:sz w:val="22"/>
        </w:rPr>
        <w:t xml:space="preserve"> i nie jest kierowany do nieograniczonego lub nieokreślonego kręgu odbiorców.</w:t>
      </w:r>
    </w:p>
    <w:p w14:paraId="10B889F8" w14:textId="77777777" w:rsidR="00F5545C" w:rsidRPr="00616A54" w:rsidRDefault="00F5545C" w:rsidP="00F5545C">
      <w:pPr>
        <w:pStyle w:val="Akapitzlist"/>
        <w:numPr>
          <w:ilvl w:val="0"/>
          <w:numId w:val="1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nie gwarantuje nieprzerwanej dostępności sieci ani określonych parametrów transmisji danych.</w:t>
      </w:r>
    </w:p>
    <w:p w14:paraId="12919FA6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3. UPRAWNIENI UŻYTKOWNICY</w:t>
      </w:r>
    </w:p>
    <w:p w14:paraId="77A671C0" w14:textId="77777777" w:rsidR="00F5545C" w:rsidRPr="00616A54" w:rsidRDefault="00F5545C" w:rsidP="00F5545C">
      <w:pPr>
        <w:pStyle w:val="Akapitzlist"/>
        <w:numPr>
          <w:ilvl w:val="0"/>
          <w:numId w:val="1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 sieci mogą korzystać osoby uprawnione do korzystania z udostępnionych pomieszczeń oraz osoby działające w imieniu lub na rzecz Podmiotu korzystającego z pomieszczeń, w zakresie związanym z korzystaniem z tych pomieszczeń.</w:t>
      </w:r>
    </w:p>
    <w:p w14:paraId="4766D9C5" w14:textId="77777777" w:rsidR="00F5545C" w:rsidRPr="00616A54" w:rsidRDefault="00F5545C" w:rsidP="00F5545C">
      <w:pPr>
        <w:pStyle w:val="Akapitzlist"/>
        <w:numPr>
          <w:ilvl w:val="0"/>
          <w:numId w:val="1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Udostępnienie dostępu do sieci osobom trzecim, w tym klientom, uczestnikom zajęć lub gościom Podmiotu korzystającego z pomieszczeń, jest dopuszczalne wyłącznie wówczas, gdy krąg tych osób jest każdorazowo określony i możliwy do zidentyfikowania oraz pozostaje bezpośrednio związany z korzystaniem z udostępnianych pomieszczeń w danym czasie. Niedopuszczalne jest udostępnianie sieci w sposób otwarty, umożliwiający korzystanie z niej osobom nieokreślonym lub niezwiązanym z korzystaniem z pomieszczeń, w tym przypadkowym osobom trzecim.</w:t>
      </w:r>
    </w:p>
    <w:p w14:paraId="4FBD40B1" w14:textId="77777777" w:rsidR="00F5545C" w:rsidRPr="00616A54" w:rsidRDefault="00F5545C" w:rsidP="00F5545C">
      <w:pPr>
        <w:pStyle w:val="Akapitzlist"/>
        <w:numPr>
          <w:ilvl w:val="0"/>
          <w:numId w:val="1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Podmiot korzystający z pomieszczeń jest zobowiązany do zapoznania osób, którym umożliwia korzystanie z sieci, z zasadami określonymi w Regulaminie.</w:t>
      </w:r>
    </w:p>
    <w:p w14:paraId="2A67B63F" w14:textId="77777777" w:rsidR="00F5545C" w:rsidRPr="00616A54" w:rsidRDefault="00F5545C" w:rsidP="00F5545C">
      <w:pPr>
        <w:pStyle w:val="Akapitzlist"/>
        <w:numPr>
          <w:ilvl w:val="0"/>
          <w:numId w:val="1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Podmiot korzystający z pomieszczeń nie może udostępniać danych dostępowych osobom nieuprawnionym.</w:t>
      </w:r>
    </w:p>
    <w:p w14:paraId="67C75099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4. ZASADY PRZYZNAWANIA I ODBIERANIA DOSTĘPU</w:t>
      </w:r>
    </w:p>
    <w:p w14:paraId="646BE2E2" w14:textId="77777777" w:rsidR="00F5545C" w:rsidRPr="00616A54" w:rsidRDefault="00F5545C" w:rsidP="00F5545C">
      <w:pPr>
        <w:pStyle w:val="Akapitzlist"/>
        <w:numPr>
          <w:ilvl w:val="0"/>
          <w:numId w:val="14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do sieci jest przyznawany każdorazowo dla Podmiotów korzystających z pomieszczeń pozostających w dyspozycji Wydziału Rozwoju Aktywności Obywatelskiej Urzędu Miasta Tychy, po uprzedniej akceptacji Regulaminu.</w:t>
      </w:r>
    </w:p>
    <w:p w14:paraId="19EBE81F" w14:textId="77777777" w:rsidR="00F5545C" w:rsidRPr="00616A54" w:rsidRDefault="00F5545C" w:rsidP="00F5545C">
      <w:pPr>
        <w:pStyle w:val="Akapitzlist"/>
        <w:numPr>
          <w:ilvl w:val="0"/>
          <w:numId w:val="14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może określić zakres, sposób oraz okres obowiązywania dostępu.</w:t>
      </w:r>
    </w:p>
    <w:p w14:paraId="0A34B5F2" w14:textId="77777777" w:rsidR="00F5545C" w:rsidRPr="00616A54" w:rsidRDefault="00F5545C" w:rsidP="00F5545C">
      <w:pPr>
        <w:pStyle w:val="Akapitzlist"/>
        <w:numPr>
          <w:ilvl w:val="0"/>
          <w:numId w:val="14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może zostać przyznany na czas oznaczony, w szczególności na okres odpowiadający okresowi uprawnienia do korzystania z pomieszczeń.</w:t>
      </w:r>
    </w:p>
    <w:p w14:paraId="2334BFBC" w14:textId="77777777" w:rsidR="00F5545C" w:rsidRPr="00616A54" w:rsidRDefault="00F5545C" w:rsidP="00F5545C">
      <w:pPr>
        <w:pStyle w:val="Akapitzlist"/>
        <w:numPr>
          <w:ilvl w:val="0"/>
          <w:numId w:val="14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 ustaniu uprawnienia do korzystania z pomieszczeń dostęp do sieci podlega zablokowaniu lub wygaśnięciu.</w:t>
      </w:r>
    </w:p>
    <w:p w14:paraId="39AC5954" w14:textId="77777777" w:rsidR="00F5545C" w:rsidRPr="00616A54" w:rsidRDefault="00F5545C" w:rsidP="00F5545C">
      <w:pPr>
        <w:pStyle w:val="Akapitzlist"/>
        <w:numPr>
          <w:ilvl w:val="0"/>
          <w:numId w:val="14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może odmówić przyznania dostępu albo ograniczyć jego zakres, jeżeli jest to uzasadnione względami bezpieczeństwa infrastruktury teleinformatycznej.</w:t>
      </w:r>
    </w:p>
    <w:p w14:paraId="23EBB0AD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lastRenderedPageBreak/>
        <w:t>§ 5. KONTA, IDENTYFIKATORY I HASŁA</w:t>
      </w:r>
    </w:p>
    <w:p w14:paraId="23E5A96D" w14:textId="77777777" w:rsidR="00F5545C" w:rsidRPr="00616A54" w:rsidRDefault="00F5545C" w:rsidP="00F5545C">
      <w:pPr>
        <w:pStyle w:val="Akapitzlist"/>
        <w:numPr>
          <w:ilvl w:val="0"/>
          <w:numId w:val="15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do sieci może wymagać zastosowania danych uwierzytelniających określonych przez Administratora.</w:t>
      </w:r>
    </w:p>
    <w:p w14:paraId="3CA18680" w14:textId="77777777" w:rsidR="00F5545C" w:rsidRPr="00616A54" w:rsidRDefault="00F5545C" w:rsidP="00F5545C">
      <w:pPr>
        <w:pStyle w:val="Akapitzlist"/>
        <w:numPr>
          <w:ilvl w:val="0"/>
          <w:numId w:val="15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Dane dostępowe są przeznaczone wyłącznie dla Użytkownika lub grupy Użytkowników, dla których zostały udostępnione.</w:t>
      </w:r>
    </w:p>
    <w:p w14:paraId="1BB1B66B" w14:textId="77777777" w:rsidR="00F5545C" w:rsidRPr="00616A54" w:rsidRDefault="00F5545C" w:rsidP="00F5545C">
      <w:pPr>
        <w:pStyle w:val="Akapitzlist"/>
        <w:numPr>
          <w:ilvl w:val="0"/>
          <w:numId w:val="15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będzie oparty na indywidualnych danych dostępowych dla poszczególnych Podmiotów.</w:t>
      </w:r>
    </w:p>
    <w:p w14:paraId="0BAFD927" w14:textId="77777777" w:rsidR="00F5545C" w:rsidRPr="00616A54" w:rsidRDefault="00F5545C" w:rsidP="00F5545C">
      <w:pPr>
        <w:pStyle w:val="Akapitzlist"/>
        <w:numPr>
          <w:ilvl w:val="0"/>
          <w:numId w:val="15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Zabrania się udostępniania danych dostępowych osobom nieuprawnionym.</w:t>
      </w:r>
    </w:p>
    <w:p w14:paraId="742A5C12" w14:textId="77777777" w:rsidR="00F5545C" w:rsidRPr="00616A54" w:rsidRDefault="00F5545C" w:rsidP="00F5545C">
      <w:pPr>
        <w:pStyle w:val="Akapitzlist"/>
        <w:numPr>
          <w:ilvl w:val="0"/>
          <w:numId w:val="15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Użytkownik jest zobowiązany do zachowania danych dostępowych w poufności oraz do niezwłocznego poinformowania Administratora o ich utracie, ujawnieniu lub podejrzeniu wykorzystania przez osobę nieuprawnioną.</w:t>
      </w:r>
    </w:p>
    <w:p w14:paraId="181B1381" w14:textId="77777777" w:rsidR="00F5545C" w:rsidRPr="00616A54" w:rsidRDefault="00F5545C" w:rsidP="00F5545C">
      <w:pPr>
        <w:pStyle w:val="Akapitzlist"/>
        <w:numPr>
          <w:ilvl w:val="0"/>
          <w:numId w:val="15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Administrator może dokonać zmiany, zablokowania lub unieważnienia danych dostępowych, </w:t>
      </w:r>
      <w:r w:rsidRPr="00616A54">
        <w:rPr>
          <w:rFonts w:ascii="Arial" w:hAnsi="Arial" w:cs="Arial"/>
          <w:sz w:val="22"/>
        </w:rPr>
        <w:br/>
        <w:t>w szczególności ze względów bezpieczeństwa.</w:t>
      </w:r>
    </w:p>
    <w:p w14:paraId="61C8042B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6. ZASADY KORZYSTANIA Z SIECI</w:t>
      </w:r>
    </w:p>
    <w:p w14:paraId="5154CA53" w14:textId="77777777" w:rsidR="00F5545C" w:rsidRPr="00616A54" w:rsidRDefault="00F5545C" w:rsidP="00F5545C">
      <w:pPr>
        <w:pStyle w:val="Akapitzlist"/>
        <w:numPr>
          <w:ilvl w:val="0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Użytkownik zobowiązany jest do:</w:t>
      </w:r>
    </w:p>
    <w:p w14:paraId="3CE2B0CA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korzystania z sieci zgodnie z obowiązującymi przepisami prawa oraz Regulaminem;</w:t>
      </w:r>
    </w:p>
    <w:p w14:paraId="5FA4F8AB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korzystania z sieci w sposób niezakłócający jej funkcjonowania;</w:t>
      </w:r>
    </w:p>
    <w:p w14:paraId="56E4964E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stosowania aktualnego oprogramowania i odpowiednich zabezpieczeń własnego Urządzenia;</w:t>
      </w:r>
    </w:p>
    <w:p w14:paraId="1A67148A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ochrony danych dostępowych;</w:t>
      </w:r>
    </w:p>
    <w:p w14:paraId="7F8BC2AD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niezwłocznego zgłaszania Administratorowi zauważonych problemów związanych </w:t>
      </w:r>
      <w:r w:rsidRPr="00616A54">
        <w:rPr>
          <w:rFonts w:ascii="Arial" w:hAnsi="Arial" w:cs="Arial"/>
          <w:sz w:val="22"/>
        </w:rPr>
        <w:br/>
        <w:t>z bezpieczeństwem sieci;</w:t>
      </w:r>
    </w:p>
    <w:p w14:paraId="2FB8712B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korzystania z sieci w sposób niepowodujący zagrożenia dla infrastruktury Administratora ani innych Użytkowników.</w:t>
      </w:r>
    </w:p>
    <w:p w14:paraId="51DA3E16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7. ZAKAZANE DZIAŁANIA</w:t>
      </w:r>
    </w:p>
    <w:p w14:paraId="3C8CA610" w14:textId="77777777" w:rsidR="00F5545C" w:rsidRPr="00616A54" w:rsidRDefault="00F5545C" w:rsidP="00F5545C">
      <w:pPr>
        <w:pStyle w:val="Akapitzlist"/>
        <w:numPr>
          <w:ilvl w:val="0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Zabrania się w szczególności:</w:t>
      </w:r>
    </w:p>
    <w:p w14:paraId="7ACB8601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uzyskiwania lub podejmowania prób uzyskania nieuprawnionego dostępu do systemów, urządzeń lub zasobów Administratora;</w:t>
      </w:r>
    </w:p>
    <w:p w14:paraId="6CE0DE87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obchodzenia, omijania lub przełamywania zabezpieczeń;</w:t>
      </w:r>
    </w:p>
    <w:p w14:paraId="09C5DF27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skanowania portów oraz prowadzenia działań mogących zakłócić funkcjonowanie sieci;</w:t>
      </w:r>
    </w:p>
    <w:p w14:paraId="070E8342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rozpowszechniania złośliwego oprogramowania;</w:t>
      </w:r>
    </w:p>
    <w:p w14:paraId="52CE3545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podejmowania działań powodujących nadmierne lub nieuzasadnione obciążenie sieci;</w:t>
      </w:r>
    </w:p>
    <w:p w14:paraId="4BDE7E0B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wykorzystywania sieci do działań niezgodnych z prawem;</w:t>
      </w:r>
    </w:p>
    <w:p w14:paraId="31964E01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wykorzystywania sieci do naruszania praw osób trzecich;</w:t>
      </w:r>
    </w:p>
    <w:p w14:paraId="6E3B4651" w14:textId="77777777" w:rsidR="00F5545C" w:rsidRPr="00616A54" w:rsidRDefault="00F5545C" w:rsidP="00F5545C">
      <w:pPr>
        <w:pStyle w:val="Akapitzlist"/>
        <w:numPr>
          <w:ilvl w:val="1"/>
          <w:numId w:val="16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udostępniania danych dostępowych osobom nieuprawnionym.</w:t>
      </w:r>
    </w:p>
    <w:p w14:paraId="730575FA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8. BEZPIECZEŃSTWO I WYDZIELENIE SIECI</w:t>
      </w:r>
    </w:p>
    <w:p w14:paraId="338BEF08" w14:textId="77777777" w:rsidR="00F5545C" w:rsidRPr="00616A54" w:rsidRDefault="00F5545C" w:rsidP="00F5545C">
      <w:pPr>
        <w:pStyle w:val="Akapitzlist"/>
        <w:numPr>
          <w:ilvl w:val="0"/>
          <w:numId w:val="17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dla Użytkowników zewnętrznych jest realizowany za pośrednictwem wydzielonej logicznie infrastruktury sieciowej.</w:t>
      </w:r>
    </w:p>
    <w:p w14:paraId="1A5DDF73" w14:textId="77777777" w:rsidR="00F5545C" w:rsidRPr="00616A54" w:rsidRDefault="00F5545C" w:rsidP="00F5545C">
      <w:pPr>
        <w:pStyle w:val="Akapitzlist"/>
        <w:numPr>
          <w:ilvl w:val="0"/>
          <w:numId w:val="17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Sieć logiczna będzie odseparowana od wewnętrznych zasobów teleinformatycznych Administratora.</w:t>
      </w:r>
    </w:p>
    <w:p w14:paraId="1E51F494" w14:textId="77777777" w:rsidR="00F5545C" w:rsidRPr="00616A54" w:rsidRDefault="00F5545C" w:rsidP="00F5545C">
      <w:pPr>
        <w:pStyle w:val="Akapitzlist"/>
        <w:numPr>
          <w:ilvl w:val="0"/>
          <w:numId w:val="17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lastRenderedPageBreak/>
        <w:t>Administrator stosuje, w miarę dostępnych możliwości, środki techniczne i organizacyjne mające na celu zapewnienie bezpieczeństwa sieci.</w:t>
      </w:r>
    </w:p>
    <w:p w14:paraId="49209547" w14:textId="77777777" w:rsidR="00F5545C" w:rsidRPr="00616A54" w:rsidRDefault="00F5545C" w:rsidP="00F5545C">
      <w:pPr>
        <w:pStyle w:val="Akapitzlist"/>
        <w:numPr>
          <w:ilvl w:val="0"/>
          <w:numId w:val="17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Użytkownik odpowiada za bezpieczeństwo Urządzenia, za pomocą którego korzysta z sieci. Dotyczy to także aktualności sprzętowej i programowej urządzeń, posiadania prawidłowo skonfigurowanego programu antywirusowego i ochrony firewall.</w:t>
      </w:r>
    </w:p>
    <w:p w14:paraId="020B9186" w14:textId="77777777" w:rsidR="00F5545C" w:rsidRPr="00616A54" w:rsidRDefault="00F5545C" w:rsidP="00F5545C">
      <w:pPr>
        <w:pStyle w:val="Akapitzlist"/>
        <w:numPr>
          <w:ilvl w:val="0"/>
          <w:numId w:val="17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Użytkownik jest zobowiązany każdorazowo informować Administratora w przypadku wykrycia zagrożeń bezpieczeństwa, zainfekowania złośliwym oprogramowaniem lub innych podatności swojego sprzętu, które mogą narazić infrastrukturę Administratora.</w:t>
      </w:r>
    </w:p>
    <w:p w14:paraId="10DA7529" w14:textId="77777777" w:rsidR="00F5545C" w:rsidRPr="00616A54" w:rsidRDefault="00F5545C" w:rsidP="00F5545C">
      <w:pPr>
        <w:pStyle w:val="Akapitzlist"/>
        <w:numPr>
          <w:ilvl w:val="0"/>
          <w:numId w:val="17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Szczegółowe rozwiązania techniczne dotyczące wydzielenia sieci określa Administrator </w:t>
      </w:r>
      <w:r w:rsidRPr="00616A54">
        <w:rPr>
          <w:rFonts w:ascii="Arial" w:hAnsi="Arial" w:cs="Arial"/>
          <w:sz w:val="22"/>
        </w:rPr>
        <w:br/>
        <w:t>w dokumentacji wewnętrznej.</w:t>
      </w:r>
    </w:p>
    <w:p w14:paraId="27CD5135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9. REJESTROWANIE ZDARZEŃ I LOGÓW</w:t>
      </w:r>
    </w:p>
    <w:p w14:paraId="0AB12849" w14:textId="77777777" w:rsidR="00F5545C" w:rsidRPr="00616A54" w:rsidRDefault="00F5545C" w:rsidP="00F5545C">
      <w:pPr>
        <w:pStyle w:val="Akapitzlist"/>
        <w:numPr>
          <w:ilvl w:val="0"/>
          <w:numId w:val="18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 celu zapewnienia bezpieczeństwa infrastruktury teleinformatycznej Administrator może rejestrować informacje dotyczące korzystania z sieci, w zakresie niezbędnym do zapewnienia jej prawidłowego funkcjonowania, wykrywania i obsługi incydentów bezpieczeństwa oraz dochodzenia lub obrony przed roszczeniami.</w:t>
      </w:r>
    </w:p>
    <w:p w14:paraId="49633DAE" w14:textId="77777777" w:rsidR="00F5545C" w:rsidRPr="00616A54" w:rsidRDefault="00F5545C" w:rsidP="00F5545C">
      <w:pPr>
        <w:pStyle w:val="Akapitzlist"/>
        <w:numPr>
          <w:ilvl w:val="0"/>
          <w:numId w:val="18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Zakres rejestrowanych informacji może obejmować, o ile informacje te są rejestrowane przez stosowane rozwiązania techniczne, w szczególności identyfikator Użytkownika, adres IP, identyfikator Urządzenia, identyfikator przeglądarki internetowej, datę i czas rozpoczęcia oraz zakończenia sesji oraz informacje dotyczące zdarzeń związanych z bezpieczeństwem lub inne, które mogą być rejestrowane przez standardowe urządzenia sieciowe.</w:t>
      </w:r>
    </w:p>
    <w:p w14:paraId="7F4208C9" w14:textId="77777777" w:rsidR="00F5545C" w:rsidRPr="00616A54" w:rsidRDefault="00F5545C" w:rsidP="00F5545C">
      <w:pPr>
        <w:pStyle w:val="Akapitzlist"/>
        <w:numPr>
          <w:ilvl w:val="0"/>
          <w:numId w:val="18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ogranicza zakres rejestrowanych informacji do danych niezbędnych dla określonych celów.</w:t>
      </w:r>
    </w:p>
    <w:p w14:paraId="2357F94A" w14:textId="77777777" w:rsidR="00F5545C" w:rsidRPr="00616A54" w:rsidRDefault="00F5545C" w:rsidP="00F5545C">
      <w:pPr>
        <w:pStyle w:val="Akapitzlist"/>
        <w:numPr>
          <w:ilvl w:val="0"/>
          <w:numId w:val="18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Informacje są przechowywane przez okres wynikający z obowiązujących przepisów prawa oraz przyjętych przez Administratora zasad retencji danych.</w:t>
      </w:r>
    </w:p>
    <w:p w14:paraId="01033F83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10. DANE OSOBOWE I OKRES PRZECHOWYWANIA DANYCH</w:t>
      </w:r>
    </w:p>
    <w:p w14:paraId="74A83DD5" w14:textId="77777777" w:rsidR="00F5545C" w:rsidRPr="00616A54" w:rsidRDefault="00F5545C" w:rsidP="00F5545C">
      <w:pPr>
        <w:pStyle w:val="Akapitzlist"/>
        <w:numPr>
          <w:ilvl w:val="0"/>
          <w:numId w:val="19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Dane osobowe Użytkowników są przetwarzane przez Administratora zgodnie z obowiązującymi przepisami o ochronie danych osobowych.</w:t>
      </w:r>
    </w:p>
    <w:p w14:paraId="75590BE3" w14:textId="77777777" w:rsidR="00F5545C" w:rsidRPr="00616A54" w:rsidRDefault="00F5545C" w:rsidP="00F5545C">
      <w:pPr>
        <w:pStyle w:val="Akapitzlist"/>
        <w:numPr>
          <w:ilvl w:val="0"/>
          <w:numId w:val="19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Informacje dotyczące zasad przetwarzania danych osobowych, w tym podstaw prawnych, celów przetwarzania, okresów przechowywania oraz praw osób, których dane dotyczą, są przekazywane zgodnie z obowiązkiem informacyjnym Administratora.</w:t>
      </w:r>
    </w:p>
    <w:p w14:paraId="742A046A" w14:textId="77777777" w:rsidR="00F5545C" w:rsidRPr="00616A54" w:rsidRDefault="00F5545C" w:rsidP="00F5545C">
      <w:pPr>
        <w:pStyle w:val="Akapitzlist"/>
        <w:numPr>
          <w:ilvl w:val="0"/>
          <w:numId w:val="19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Dane dotyczące korzystania z sieci są przetwarzane wyłącznie w zakresie niezbędnym do realizacji prawnie uzasadnionych celów Administratora, obowiązków prawnych oraz zapewnienia bezpieczeństwa infrastruktury.</w:t>
      </w:r>
    </w:p>
    <w:p w14:paraId="0AF84794" w14:textId="77777777" w:rsidR="00F5545C" w:rsidRPr="00616A54" w:rsidRDefault="00F5545C" w:rsidP="00F5545C">
      <w:pPr>
        <w:pStyle w:val="Akapitzlist"/>
        <w:numPr>
          <w:ilvl w:val="0"/>
          <w:numId w:val="19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Szczegółowy okres przechowywania poszczególnych kategorii danych określa Administrator </w:t>
      </w:r>
      <w:r w:rsidRPr="00616A54">
        <w:rPr>
          <w:rFonts w:ascii="Arial" w:hAnsi="Arial" w:cs="Arial"/>
          <w:sz w:val="22"/>
        </w:rPr>
        <w:br/>
        <w:t>w zgodzie z obowiązującymi przepisami, zasadami retencji i dokumentacją ochrony danych.</w:t>
      </w:r>
    </w:p>
    <w:p w14:paraId="71DEAFFC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11. ODPOWIEDZIALNOŚĆ UŻYTKOWNIKA</w:t>
      </w:r>
    </w:p>
    <w:p w14:paraId="071251BC" w14:textId="77777777" w:rsidR="00F5545C" w:rsidRPr="00616A54" w:rsidRDefault="00F5545C" w:rsidP="00F5545C">
      <w:pPr>
        <w:pStyle w:val="Akapitzlist"/>
        <w:numPr>
          <w:ilvl w:val="0"/>
          <w:numId w:val="2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Użytkownik jest zobowiązany do korzystania z sieci zgodnie z Regulaminem i obowiązującymi przepisami prawa.</w:t>
      </w:r>
    </w:p>
    <w:p w14:paraId="64D63E16" w14:textId="77777777" w:rsidR="00F5545C" w:rsidRPr="00616A54" w:rsidRDefault="00F5545C" w:rsidP="00F5545C">
      <w:pPr>
        <w:pStyle w:val="Akapitzlist"/>
        <w:numPr>
          <w:ilvl w:val="0"/>
          <w:numId w:val="2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Podmiot korzystający z pomieszczeń odpowiada za przekazanie zasad korzystania z sieci osobom, którym umożliwia korzystanie z sieci za jego pośrednictwem.</w:t>
      </w:r>
    </w:p>
    <w:p w14:paraId="0A18B2F4" w14:textId="77777777" w:rsidR="00F5545C" w:rsidRPr="00616A54" w:rsidRDefault="00F5545C" w:rsidP="00F5545C">
      <w:pPr>
        <w:pStyle w:val="Akapitzlist"/>
        <w:numPr>
          <w:ilvl w:val="0"/>
          <w:numId w:val="2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lastRenderedPageBreak/>
        <w:t>Użytkownik ponosi odpowiedzialność za działania podejmowane z wykorzystaniem posiadanych danych dostępowych w zakresie wynikającym z obowiązujących przepisów prawa.</w:t>
      </w:r>
    </w:p>
    <w:p w14:paraId="7095EFC3" w14:textId="77777777" w:rsidR="00F5545C" w:rsidRPr="00616A54" w:rsidRDefault="00F5545C" w:rsidP="00F5545C">
      <w:pPr>
        <w:pStyle w:val="Akapitzlist"/>
        <w:numPr>
          <w:ilvl w:val="0"/>
          <w:numId w:val="20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nie odpowiada za treści, dane ani usługi dostępne za pośrednictwem Internetu, chyba że odpowiedzialność taka wynika z bezwzględnie obowiązujących przepisów prawa.</w:t>
      </w:r>
    </w:p>
    <w:p w14:paraId="431C03BA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12. OGRANICZENIE LUB ZABLOKOWANIE DOSTĘPU</w:t>
      </w:r>
    </w:p>
    <w:p w14:paraId="24C7C206" w14:textId="77777777" w:rsidR="00F5545C" w:rsidRPr="00616A54" w:rsidRDefault="00F5545C" w:rsidP="00F5545C">
      <w:pPr>
        <w:pStyle w:val="Akapitzlist"/>
        <w:numPr>
          <w:ilvl w:val="0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może ograniczyć lub zablokować dostęp do sieci w szczególności w przypadku:</w:t>
      </w:r>
    </w:p>
    <w:p w14:paraId="1E6B36A6" w14:textId="77777777" w:rsidR="00F5545C" w:rsidRPr="00616A54" w:rsidRDefault="00F5545C" w:rsidP="00F5545C">
      <w:pPr>
        <w:pStyle w:val="Akapitzlist"/>
        <w:numPr>
          <w:ilvl w:val="1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naruszenia Regulaminu;</w:t>
      </w:r>
    </w:p>
    <w:p w14:paraId="121C4950" w14:textId="77777777" w:rsidR="00F5545C" w:rsidRPr="00616A54" w:rsidRDefault="00F5545C" w:rsidP="00F5545C">
      <w:pPr>
        <w:pStyle w:val="Akapitzlist"/>
        <w:numPr>
          <w:ilvl w:val="1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zagrożenia bezpieczeństwa infrastruktury teleinformatycznej;</w:t>
      </w:r>
    </w:p>
    <w:p w14:paraId="62352EB8" w14:textId="77777777" w:rsidR="00F5545C" w:rsidRPr="00616A54" w:rsidRDefault="00F5545C" w:rsidP="00F5545C">
      <w:pPr>
        <w:pStyle w:val="Akapitzlist"/>
        <w:numPr>
          <w:ilvl w:val="1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podejrzenia nieuprawnionego wykorzystania dostępu;</w:t>
      </w:r>
    </w:p>
    <w:p w14:paraId="2D4E2C93" w14:textId="77777777" w:rsidR="00F5545C" w:rsidRPr="00616A54" w:rsidRDefault="00F5545C" w:rsidP="00F5545C">
      <w:pPr>
        <w:pStyle w:val="Akapitzlist"/>
        <w:numPr>
          <w:ilvl w:val="1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ustania uprawnienia do korzystania z pomieszczeń;</w:t>
      </w:r>
    </w:p>
    <w:p w14:paraId="2B10D42D" w14:textId="77777777" w:rsidR="00F5545C" w:rsidRPr="00616A54" w:rsidRDefault="00F5545C" w:rsidP="00F5545C">
      <w:pPr>
        <w:pStyle w:val="Akapitzlist"/>
        <w:numPr>
          <w:ilvl w:val="1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konieczności przeprowadzenia prac technicznych;</w:t>
      </w:r>
    </w:p>
    <w:p w14:paraId="3FA894D8" w14:textId="77777777" w:rsidR="00F5545C" w:rsidRPr="00616A54" w:rsidRDefault="00F5545C" w:rsidP="00F5545C">
      <w:pPr>
        <w:pStyle w:val="Akapitzlist"/>
        <w:numPr>
          <w:ilvl w:val="1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wystąpienia awarii lub innych okoliczności uniemożliwiających bezpieczne udostępnianie dostępu.</w:t>
      </w:r>
    </w:p>
    <w:p w14:paraId="4162FBC9" w14:textId="77777777" w:rsidR="00F5545C" w:rsidRPr="00616A54" w:rsidRDefault="00F5545C" w:rsidP="00F5545C">
      <w:pPr>
        <w:pStyle w:val="Akapitzlist"/>
        <w:numPr>
          <w:ilvl w:val="0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 przypadku zagrożenia bezpieczeństwa Administrator może zablokować dostęp bez uprzedniego zawiadomienia Użytkownika.</w:t>
      </w:r>
    </w:p>
    <w:p w14:paraId="0D621548" w14:textId="77777777" w:rsidR="00F5545C" w:rsidRPr="00616A54" w:rsidRDefault="00F5545C" w:rsidP="00F5545C">
      <w:pPr>
        <w:pStyle w:val="Akapitzlist"/>
        <w:numPr>
          <w:ilvl w:val="0"/>
          <w:numId w:val="21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informuje, że korzysta z mechanizmów ręcznych i automatycznych blokad zasobów szkodliwych, niedozwolonych kategorii stron internetowych, sieci botnetowych i innych zagrożeń mogących zaszkodzić zasobom wewnętrznym Administratora.</w:t>
      </w:r>
    </w:p>
    <w:p w14:paraId="06D714AC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13. AWARIE I PRZERWY TECHNICZNE</w:t>
      </w:r>
    </w:p>
    <w:p w14:paraId="0440AFBA" w14:textId="77777777" w:rsidR="00F5545C" w:rsidRPr="00616A54" w:rsidRDefault="00F5545C" w:rsidP="00F5545C">
      <w:pPr>
        <w:pStyle w:val="Akapitzlist"/>
        <w:numPr>
          <w:ilvl w:val="0"/>
          <w:numId w:val="2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nie gwarantuje nieprzerwanego ani wolnego od błędów działania sieci.</w:t>
      </w:r>
    </w:p>
    <w:p w14:paraId="40A2309C" w14:textId="77777777" w:rsidR="00F5545C" w:rsidRPr="00616A54" w:rsidRDefault="00F5545C" w:rsidP="00F5545C">
      <w:pPr>
        <w:pStyle w:val="Akapitzlist"/>
        <w:numPr>
          <w:ilvl w:val="0"/>
          <w:numId w:val="2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Dostęp może być czasowo ograniczony lub niedostępny w szczególności z powodu awarii, konserwacji, modernizacji, prac technicznych lub konieczności zapewnienia bezpieczeństwa infrastruktury.</w:t>
      </w:r>
    </w:p>
    <w:p w14:paraId="292FB9CC" w14:textId="77777777" w:rsidR="00F5545C" w:rsidRPr="00616A54" w:rsidRDefault="00F5545C" w:rsidP="00F5545C">
      <w:pPr>
        <w:pStyle w:val="Akapitzlist"/>
        <w:numPr>
          <w:ilvl w:val="0"/>
          <w:numId w:val="22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Administrator, w miarę możliwości organizacyjnych i technicznych, informuje o planowanych przerwach technicznych.</w:t>
      </w:r>
    </w:p>
    <w:p w14:paraId="26F79AE2" w14:textId="77777777" w:rsidR="00F5545C" w:rsidRPr="003D0087" w:rsidRDefault="00F5545C" w:rsidP="003D0087">
      <w:pPr>
        <w:pStyle w:val="Nagwek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D0087">
        <w:rPr>
          <w:rFonts w:ascii="Arial" w:hAnsi="Arial" w:cs="Arial"/>
          <w:color w:val="000000" w:themeColor="text1"/>
          <w:sz w:val="22"/>
          <w:szCs w:val="22"/>
        </w:rPr>
        <w:t>§ 14. POSTANOWIENIA KOŃCOWE</w:t>
      </w:r>
    </w:p>
    <w:p w14:paraId="03FD866E" w14:textId="7BAA87AA" w:rsidR="00F5545C" w:rsidRPr="00616A54" w:rsidRDefault="00F5545C" w:rsidP="00F5545C">
      <w:pPr>
        <w:pStyle w:val="Akapitzlist"/>
        <w:numPr>
          <w:ilvl w:val="0"/>
          <w:numId w:val="2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Regulamin wchodzi w życie z dniem </w:t>
      </w:r>
      <w:r w:rsidR="003D0087">
        <w:rPr>
          <w:rFonts w:ascii="Arial" w:hAnsi="Arial" w:cs="Arial"/>
          <w:sz w:val="22"/>
        </w:rPr>
        <w:t>2 listopada 2026 r.</w:t>
      </w:r>
    </w:p>
    <w:p w14:paraId="301AD186" w14:textId="77777777" w:rsidR="00F5545C" w:rsidRPr="00616A54" w:rsidRDefault="00F5545C" w:rsidP="00F5545C">
      <w:pPr>
        <w:pStyle w:val="Akapitzlist"/>
        <w:numPr>
          <w:ilvl w:val="0"/>
          <w:numId w:val="2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Korzystanie z sieci po dniu wejścia w życie Regulaminu wymaga akceptacji jego postanowień.</w:t>
      </w:r>
    </w:p>
    <w:p w14:paraId="0FE4D7ED" w14:textId="77777777" w:rsidR="00F5545C" w:rsidRPr="00616A54" w:rsidRDefault="00F5545C" w:rsidP="00F5545C">
      <w:pPr>
        <w:pStyle w:val="Akapitzlist"/>
        <w:numPr>
          <w:ilvl w:val="0"/>
          <w:numId w:val="2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 może dokonywać zmian Regulaminu w zakresie niezbędnym do zapewnienia bezpieczeństwa infrastruktury, dostosowania do zmian przepisów prawa oraz zmian organizacyjnych i technicznych.</w:t>
      </w:r>
    </w:p>
    <w:p w14:paraId="593C5532" w14:textId="77777777" w:rsidR="00F5545C" w:rsidRPr="00616A54" w:rsidRDefault="00F5545C" w:rsidP="00F5545C">
      <w:pPr>
        <w:pStyle w:val="Akapitzlist"/>
        <w:numPr>
          <w:ilvl w:val="0"/>
          <w:numId w:val="2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 sprawach nieuregulowanych Regulaminem zastosowanie mają obowiązujące przepisy prawa.</w:t>
      </w:r>
    </w:p>
    <w:p w14:paraId="7A9D3E8B" w14:textId="77777777" w:rsidR="00F5545C" w:rsidRPr="00616A54" w:rsidRDefault="00F5545C" w:rsidP="00F5545C">
      <w:pPr>
        <w:pStyle w:val="Akapitzlist"/>
        <w:numPr>
          <w:ilvl w:val="0"/>
          <w:numId w:val="23"/>
        </w:numPr>
        <w:spacing w:after="80"/>
        <w:jc w:val="both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Regulamin udostępnia się Użytkownikom w sposób umożliwiający zapoznanie się z jego treścią przed rozpoczęciem korzystania z sieci.</w:t>
      </w:r>
    </w:p>
    <w:p w14:paraId="40F7B5D2" w14:textId="77777777" w:rsidR="00F5545C" w:rsidRPr="00616A54" w:rsidRDefault="00F5545C">
      <w:pPr>
        <w:rPr>
          <w:rFonts w:ascii="Arial" w:hAnsi="Arial" w:cs="Arial"/>
          <w:sz w:val="22"/>
        </w:rPr>
      </w:pPr>
    </w:p>
    <w:p w14:paraId="46A58EF6" w14:textId="77777777" w:rsidR="00E0673E" w:rsidRPr="00616A54" w:rsidRDefault="00E0673E">
      <w:pPr>
        <w:rPr>
          <w:rFonts w:ascii="Arial" w:hAnsi="Arial" w:cs="Arial"/>
          <w:sz w:val="22"/>
        </w:rPr>
      </w:pPr>
    </w:p>
    <w:p w14:paraId="7F495122" w14:textId="77777777" w:rsidR="00E0673E" w:rsidRPr="00616A54" w:rsidRDefault="00E0673E">
      <w:pPr>
        <w:rPr>
          <w:rFonts w:ascii="Arial" w:hAnsi="Arial" w:cs="Arial"/>
          <w:sz w:val="22"/>
        </w:rPr>
      </w:pPr>
    </w:p>
    <w:p w14:paraId="09C9B1EB" w14:textId="77777777" w:rsidR="00E0673E" w:rsidRPr="00616A54" w:rsidRDefault="00E0673E">
      <w:pPr>
        <w:rPr>
          <w:rFonts w:ascii="Arial" w:hAnsi="Arial" w:cs="Arial"/>
          <w:sz w:val="22"/>
        </w:rPr>
      </w:pPr>
    </w:p>
    <w:p w14:paraId="41962C42" w14:textId="77777777" w:rsidR="00E0673E" w:rsidRPr="00616A54" w:rsidRDefault="00E0673E">
      <w:pPr>
        <w:rPr>
          <w:rFonts w:ascii="Arial" w:hAnsi="Arial" w:cs="Arial"/>
          <w:sz w:val="22"/>
        </w:rPr>
      </w:pPr>
    </w:p>
    <w:p w14:paraId="5871ED41" w14:textId="63497ECA" w:rsidR="00E0673E" w:rsidRPr="00616A54" w:rsidRDefault="00E0673E" w:rsidP="00E0673E">
      <w:pPr>
        <w:rPr>
          <w:rFonts w:ascii="Arial" w:hAnsi="Arial" w:cs="Arial"/>
          <w:b/>
          <w:sz w:val="22"/>
        </w:rPr>
      </w:pPr>
      <w:r w:rsidRPr="00616A54">
        <w:rPr>
          <w:rFonts w:ascii="Arial" w:hAnsi="Arial" w:cs="Arial"/>
          <w:b/>
          <w:sz w:val="22"/>
        </w:rPr>
        <w:t xml:space="preserve">KLAUZULA </w:t>
      </w:r>
      <w:r w:rsidR="003D0087" w:rsidRPr="00616A54">
        <w:rPr>
          <w:rFonts w:ascii="Arial" w:hAnsi="Arial" w:cs="Arial"/>
          <w:b/>
          <w:sz w:val="22"/>
        </w:rPr>
        <w:t>INFORMACYJNA dla</w:t>
      </w:r>
      <w:r w:rsidRPr="00616A54">
        <w:rPr>
          <w:rFonts w:ascii="Arial" w:hAnsi="Arial" w:cs="Arial"/>
          <w:b/>
          <w:sz w:val="22"/>
        </w:rPr>
        <w:t xml:space="preserve"> osób upoważnionych do korzystania z pomieszczeń</w:t>
      </w:r>
    </w:p>
    <w:p w14:paraId="25A7B04E" w14:textId="77777777" w:rsidR="00E0673E" w:rsidRPr="00616A54" w:rsidRDefault="00E0673E" w:rsidP="00E0673E">
      <w:pPr>
        <w:rPr>
          <w:rFonts w:ascii="Arial" w:hAnsi="Arial" w:cs="Arial"/>
          <w:sz w:val="22"/>
        </w:rPr>
      </w:pPr>
    </w:p>
    <w:p w14:paraId="2D236413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Administratorem danych osobowych jest Prezydent Miasta Tychy z siedzibą w Urzędzie Miasta w Tychach, al. Niepodległości 49, 43 - 100 Tychy.</w:t>
      </w:r>
    </w:p>
    <w:p w14:paraId="41C2E82C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W sprawach związanych z ochroną danych osobowych można się skontaktować z Inspektorem Ochrony Danych za pośrednictwem poczty elektronicznej, pod adresem: </w:t>
      </w:r>
      <w:hyperlink r:id="rId9" w:history="1">
        <w:r w:rsidRPr="00616A54">
          <w:rPr>
            <w:rStyle w:val="Hipercze"/>
            <w:rFonts w:ascii="Arial" w:hAnsi="Arial" w:cs="Arial"/>
            <w:sz w:val="22"/>
          </w:rPr>
          <w:t>iod@umtychy.pl</w:t>
        </w:r>
      </w:hyperlink>
      <w:r w:rsidRPr="00616A54">
        <w:rPr>
          <w:rFonts w:ascii="Arial" w:hAnsi="Arial" w:cs="Arial"/>
          <w:sz w:val="22"/>
        </w:rPr>
        <w:t xml:space="preserve"> lub listownie na adres siedziby Administratora.</w:t>
      </w:r>
    </w:p>
    <w:p w14:paraId="6D51AD75" w14:textId="1E9C9D4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Przetwarzanie danych osobowych odbywa się w celu nieodpłatnego udostępnienia pomieszczeń przy </w:t>
      </w:r>
      <w:r w:rsidR="003D0087">
        <w:rPr>
          <w:rFonts w:ascii="Arial" w:hAnsi="Arial" w:cs="Arial"/>
          <w:sz w:val="22"/>
        </w:rPr>
        <w:t>Al. Bielskiej 128</w:t>
      </w:r>
      <w:r w:rsidRPr="00616A54">
        <w:rPr>
          <w:rFonts w:ascii="Arial" w:hAnsi="Arial" w:cs="Arial"/>
          <w:sz w:val="22"/>
        </w:rPr>
        <w:t>.</w:t>
      </w:r>
    </w:p>
    <w:p w14:paraId="71785AA9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Podstawą prawną zbierania danych osobowych jest wykonywanie przez administratora zadań realizowanych w interesie publicznym (art. 6 ust. 1 lit. e RODO), wynikających z art. 5 ustawy o działalności pożytku publicznego i o wolontariacie.</w:t>
      </w:r>
    </w:p>
    <w:p w14:paraId="313AFAA9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Dane, w sytuacji korzystania z lokalu poza godzinami pracy Urzędu będą przekazywane ochronie budynku celem udostępnienia kluczy.</w:t>
      </w:r>
    </w:p>
    <w:p w14:paraId="3EAEE336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 xml:space="preserve">Państwa dane osobowe przetwarzane będą przez okres niezbędny do wypełnienia celu, w jakim zostały zebrane czyli na potrzeby użyczenia pomieszczeń, a następnie będą przechowywane, zgodnie z przepisami ustawy z dnia 14 lipca 1983 r. o narodowym zasobie archiwalnym i archiwach (tj. Dz. U. z 2020 r. poz. 164) przez czas zgodny z kategorią archiwalną BE10 (po upływie 10 lat przechowywana dokumentacja podlega ekspertyzie archiwum państwowego, które może dokonać zmiany kwalifikacji archiwalnej). </w:t>
      </w:r>
    </w:p>
    <w:p w14:paraId="564F62D6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Osobie, której dane dotyczą przysługuje prawo dostępu do swoich danych oraz otrzymania ich kopii, ich sprostowania, usunięcia, ograniczenia przetwarzania, a także wniesienia sprzeciwu wobec przetwarzania danych.</w:t>
      </w:r>
    </w:p>
    <w:p w14:paraId="3E8F8BE0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Osobie, której dane dotyczą przysługuje prawo do wniesienia skargi do organu nadzorczego – Prezesa Urzędu Ochrony Danych Osobowych (na adres: Urząd Ochrony Danych Osobowych, ul. Stawki 2, 00-193 Warszawa).</w:t>
      </w:r>
    </w:p>
    <w:p w14:paraId="23F5EBF0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Podanie danych osobowych jest dobrowolne, ale niezbędne do nieodpłatnego udostępnienia pomieszczeń.</w:t>
      </w:r>
    </w:p>
    <w:p w14:paraId="2C692EAE" w14:textId="77777777" w:rsidR="00E0673E" w:rsidRPr="00616A54" w:rsidRDefault="00E0673E" w:rsidP="00E0673E">
      <w:pPr>
        <w:numPr>
          <w:ilvl w:val="0"/>
          <w:numId w:val="24"/>
        </w:num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 odniesieniu do przetwarzania danych osobowych decyzje nie będą podejmowane w sposób zautomatyzowany, stosownie do art. 22 RODO.</w:t>
      </w:r>
    </w:p>
    <w:p w14:paraId="5A30908B" w14:textId="77777777" w:rsidR="00E0673E" w:rsidRPr="00616A54" w:rsidRDefault="00E0673E" w:rsidP="00E0673E">
      <w:pPr>
        <w:rPr>
          <w:rFonts w:ascii="Arial" w:hAnsi="Arial" w:cs="Arial"/>
          <w:sz w:val="22"/>
        </w:rPr>
      </w:pPr>
    </w:p>
    <w:p w14:paraId="042C153D" w14:textId="77777777" w:rsidR="00E0673E" w:rsidRPr="00616A54" w:rsidRDefault="00E0673E">
      <w:pPr>
        <w:rPr>
          <w:rFonts w:ascii="Arial" w:hAnsi="Arial" w:cs="Arial"/>
          <w:sz w:val="22"/>
        </w:rPr>
      </w:pPr>
    </w:p>
    <w:sectPr w:rsidR="00E0673E" w:rsidRPr="00616A54" w:rsidSect="00034616"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87C05" w14:textId="77777777" w:rsidR="00CF0424" w:rsidRPr="00F5545C" w:rsidRDefault="00CF0424">
      <w:pPr>
        <w:spacing w:after="0" w:line="240" w:lineRule="auto"/>
      </w:pPr>
      <w:r w:rsidRPr="00F5545C">
        <w:separator/>
      </w:r>
    </w:p>
  </w:endnote>
  <w:endnote w:type="continuationSeparator" w:id="0">
    <w:p w14:paraId="36BCDE01" w14:textId="77777777" w:rsidR="00CF0424" w:rsidRPr="00F5545C" w:rsidRDefault="00CF0424">
      <w:pPr>
        <w:spacing w:after="0" w:line="240" w:lineRule="auto"/>
      </w:pPr>
      <w:r w:rsidRPr="00F554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8DFF6" w14:textId="4F67AAB0" w:rsidR="00C72415" w:rsidRPr="00F5545C" w:rsidRDefault="004234DA">
    <w:pPr>
      <w:pStyle w:val="Stopka"/>
      <w:jc w:val="center"/>
    </w:pPr>
    <w:r w:rsidRPr="00F5545C">
      <w:t>Tyskie Centrum Aktywności Obywatelskiej „</w:t>
    </w:r>
    <w:r w:rsidR="00616A54" w:rsidRPr="00F5545C">
      <w:t>KONTAKT” |</w:t>
    </w:r>
    <w:r w:rsidRPr="00F5545C">
      <w:t xml:space="preserve">  </w:t>
    </w:r>
    <w:r w:rsidRPr="00F5545C">
      <w:fldChar w:fldCharType="begin"/>
    </w:r>
    <w:r w:rsidRPr="00F5545C">
      <w:instrText>PAGE</w:instrText>
    </w:r>
    <w:r w:rsidRPr="00F5545C">
      <w:fldChar w:fldCharType="separate"/>
    </w:r>
    <w:r w:rsidR="000A0545">
      <w:rPr>
        <w:noProof/>
      </w:rPr>
      <w:t>12</w:t>
    </w:r>
    <w:r w:rsidRPr="00F5545C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4815D" w14:textId="77777777" w:rsidR="00CF0424" w:rsidRPr="00F5545C" w:rsidRDefault="00CF0424">
      <w:pPr>
        <w:spacing w:after="0" w:line="240" w:lineRule="auto"/>
      </w:pPr>
      <w:r w:rsidRPr="00F5545C">
        <w:separator/>
      </w:r>
    </w:p>
  </w:footnote>
  <w:footnote w:type="continuationSeparator" w:id="0">
    <w:p w14:paraId="6592F7BA" w14:textId="77777777" w:rsidR="00CF0424" w:rsidRPr="00F5545C" w:rsidRDefault="00CF0424">
      <w:pPr>
        <w:spacing w:after="0" w:line="240" w:lineRule="auto"/>
      </w:pPr>
      <w:r w:rsidRPr="00F5545C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414194"/>
    <w:multiLevelType w:val="hybridMultilevel"/>
    <w:tmpl w:val="F90E1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E77AEB"/>
    <w:multiLevelType w:val="hybridMultilevel"/>
    <w:tmpl w:val="A73E6ECE"/>
    <w:lvl w:ilvl="0" w:tplc="37506A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3BE423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355C92"/>
    <w:multiLevelType w:val="hybridMultilevel"/>
    <w:tmpl w:val="D764D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146F9C"/>
    <w:multiLevelType w:val="hybridMultilevel"/>
    <w:tmpl w:val="CAB03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8F3841"/>
    <w:multiLevelType w:val="hybridMultilevel"/>
    <w:tmpl w:val="5C800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840FE4"/>
    <w:multiLevelType w:val="hybridMultilevel"/>
    <w:tmpl w:val="576EA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13155E"/>
    <w:multiLevelType w:val="hybridMultilevel"/>
    <w:tmpl w:val="098A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B733CA"/>
    <w:multiLevelType w:val="multilevel"/>
    <w:tmpl w:val="F9E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D7395B"/>
    <w:multiLevelType w:val="hybridMultilevel"/>
    <w:tmpl w:val="AD0AE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427D39"/>
    <w:multiLevelType w:val="hybridMultilevel"/>
    <w:tmpl w:val="5194ED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F36C77"/>
    <w:multiLevelType w:val="hybridMultilevel"/>
    <w:tmpl w:val="7B587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D0323"/>
    <w:multiLevelType w:val="hybridMultilevel"/>
    <w:tmpl w:val="CF406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7525E4"/>
    <w:multiLevelType w:val="hybridMultilevel"/>
    <w:tmpl w:val="8B68A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823864"/>
    <w:multiLevelType w:val="hybridMultilevel"/>
    <w:tmpl w:val="7B4EC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CD3D28"/>
    <w:multiLevelType w:val="hybridMultilevel"/>
    <w:tmpl w:val="C26E9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7F0F2C"/>
    <w:multiLevelType w:val="hybridMultilevel"/>
    <w:tmpl w:val="2BF82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33A62"/>
    <w:multiLevelType w:val="hybridMultilevel"/>
    <w:tmpl w:val="C816A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3218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3"/>
  </w:num>
  <w:num w:numId="11">
    <w:abstractNumId w:val="19"/>
  </w:num>
  <w:num w:numId="12">
    <w:abstractNumId w:val="20"/>
  </w:num>
  <w:num w:numId="13">
    <w:abstractNumId w:val="15"/>
  </w:num>
  <w:num w:numId="14">
    <w:abstractNumId w:val="9"/>
  </w:num>
  <w:num w:numId="15">
    <w:abstractNumId w:val="12"/>
  </w:num>
  <w:num w:numId="16">
    <w:abstractNumId w:val="10"/>
  </w:num>
  <w:num w:numId="17">
    <w:abstractNumId w:val="14"/>
  </w:num>
  <w:num w:numId="18">
    <w:abstractNumId w:val="13"/>
  </w:num>
  <w:num w:numId="19">
    <w:abstractNumId w:val="17"/>
  </w:num>
  <w:num w:numId="20">
    <w:abstractNumId w:val="22"/>
  </w:num>
  <w:num w:numId="21">
    <w:abstractNumId w:val="25"/>
  </w:num>
  <w:num w:numId="22">
    <w:abstractNumId w:val="11"/>
  </w:num>
  <w:num w:numId="23">
    <w:abstractNumId w:val="21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66FD"/>
    <w:rsid w:val="0006063C"/>
    <w:rsid w:val="000672B6"/>
    <w:rsid w:val="00092C98"/>
    <w:rsid w:val="000A0545"/>
    <w:rsid w:val="001027EB"/>
    <w:rsid w:val="00106D0E"/>
    <w:rsid w:val="00125808"/>
    <w:rsid w:val="00135C57"/>
    <w:rsid w:val="0015074B"/>
    <w:rsid w:val="00154C35"/>
    <w:rsid w:val="0017226F"/>
    <w:rsid w:val="001A0601"/>
    <w:rsid w:val="001C4AE8"/>
    <w:rsid w:val="001E249A"/>
    <w:rsid w:val="0029639D"/>
    <w:rsid w:val="002D5170"/>
    <w:rsid w:val="002F6DE8"/>
    <w:rsid w:val="00302722"/>
    <w:rsid w:val="00326F90"/>
    <w:rsid w:val="0034136A"/>
    <w:rsid w:val="003B5029"/>
    <w:rsid w:val="003D0087"/>
    <w:rsid w:val="00417BAB"/>
    <w:rsid w:val="004234DA"/>
    <w:rsid w:val="004314F2"/>
    <w:rsid w:val="00440F73"/>
    <w:rsid w:val="004B0F60"/>
    <w:rsid w:val="004C304D"/>
    <w:rsid w:val="004D2527"/>
    <w:rsid w:val="0050799E"/>
    <w:rsid w:val="00616A54"/>
    <w:rsid w:val="00634712"/>
    <w:rsid w:val="006B6F35"/>
    <w:rsid w:val="006D33E2"/>
    <w:rsid w:val="00724C3F"/>
    <w:rsid w:val="007269BC"/>
    <w:rsid w:val="00733D1B"/>
    <w:rsid w:val="00853C31"/>
    <w:rsid w:val="00945F89"/>
    <w:rsid w:val="00972629"/>
    <w:rsid w:val="009976F7"/>
    <w:rsid w:val="00A7670C"/>
    <w:rsid w:val="00A95396"/>
    <w:rsid w:val="00AA1D8D"/>
    <w:rsid w:val="00AB136E"/>
    <w:rsid w:val="00AB261F"/>
    <w:rsid w:val="00AB6D7A"/>
    <w:rsid w:val="00AC7351"/>
    <w:rsid w:val="00B47730"/>
    <w:rsid w:val="00B75133"/>
    <w:rsid w:val="00BA6411"/>
    <w:rsid w:val="00BC3309"/>
    <w:rsid w:val="00BD19B3"/>
    <w:rsid w:val="00C72415"/>
    <w:rsid w:val="00CB0664"/>
    <w:rsid w:val="00CF0424"/>
    <w:rsid w:val="00D56CAB"/>
    <w:rsid w:val="00DB2818"/>
    <w:rsid w:val="00DF7177"/>
    <w:rsid w:val="00E0673E"/>
    <w:rsid w:val="00E27D42"/>
    <w:rsid w:val="00E429A8"/>
    <w:rsid w:val="00E5578F"/>
    <w:rsid w:val="00E72E05"/>
    <w:rsid w:val="00E7522A"/>
    <w:rsid w:val="00E85833"/>
    <w:rsid w:val="00E978B7"/>
    <w:rsid w:val="00EA391D"/>
    <w:rsid w:val="00EC44FC"/>
    <w:rsid w:val="00EF68B3"/>
    <w:rsid w:val="00F45673"/>
    <w:rsid w:val="00F46FAB"/>
    <w:rsid w:val="00F5545C"/>
    <w:rsid w:val="00FB6414"/>
    <w:rsid w:val="00FC693F"/>
    <w:rsid w:val="00FC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3EC5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0673E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673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34712"/>
    <w:pPr>
      <w:spacing w:after="0" w:line="240" w:lineRule="auto"/>
    </w:pPr>
    <w:rPr>
      <w:rFonts w:ascii="Aptos" w:hAnsi="Aptos"/>
      <w:sz w:val="21"/>
      <w:lang w:val="pl-PL"/>
    </w:rPr>
  </w:style>
  <w:style w:type="character" w:customStyle="1" w:styleId="AkapitzlistZnak">
    <w:name w:val="Akapit z listą Znak"/>
    <w:link w:val="Akapitzlist"/>
    <w:uiPriority w:val="34"/>
    <w:locked/>
    <w:rsid w:val="000672B6"/>
    <w:rPr>
      <w:rFonts w:ascii="Aptos" w:hAnsi="Aptos"/>
      <w:sz w:val="21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A391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0673E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673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34712"/>
    <w:pPr>
      <w:spacing w:after="0" w:line="240" w:lineRule="auto"/>
    </w:pPr>
    <w:rPr>
      <w:rFonts w:ascii="Aptos" w:hAnsi="Aptos"/>
      <w:sz w:val="21"/>
      <w:lang w:val="pl-PL"/>
    </w:rPr>
  </w:style>
  <w:style w:type="character" w:customStyle="1" w:styleId="AkapitzlistZnak">
    <w:name w:val="Akapit z listą Znak"/>
    <w:link w:val="Akapitzlist"/>
    <w:uiPriority w:val="34"/>
    <w:locked/>
    <w:rsid w:val="000672B6"/>
    <w:rPr>
      <w:rFonts w:ascii="Aptos" w:hAnsi="Aptos"/>
      <w:sz w:val="21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A39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D3F668-9D9D-4C8E-B874-BEA6F6E32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5429</Words>
  <Characters>32578</Characters>
  <Application>Microsoft Office Word</Application>
  <DocSecurity>0</DocSecurity>
  <Lines>271</Lines>
  <Paragraphs>75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Centrum Usług Wspólnych Miasta Tychy</Company>
  <LinksUpToDate>false</LinksUpToDate>
  <CharactersWithSpaces>37932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Myślin</cp:lastModifiedBy>
  <cp:revision>2</cp:revision>
  <cp:lastPrinted>2026-11-04T09:11:00Z</cp:lastPrinted>
  <dcterms:created xsi:type="dcterms:W3CDTF">2026-11-04T09:12:00Z</dcterms:created>
  <dcterms:modified xsi:type="dcterms:W3CDTF">2026-11-04T09:12:00Z</dcterms:modified>
</cp:coreProperties>
</file>